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0221A" w14:textId="77777777" w:rsidR="00DB7443" w:rsidRDefault="00451972">
      <w:pPr>
        <w:pStyle w:val="Title"/>
      </w:pPr>
      <w:r>
        <w:t>Making Your JHSC More Than a Meeting Requirement</w:t>
      </w:r>
    </w:p>
    <w:p w14:paraId="0A990236" w14:textId="77777777" w:rsidR="00DB7443" w:rsidRDefault="00451972">
      <w:r>
        <w:rPr>
          <w:b/>
        </w:rPr>
        <w:t>The 10 reasons committees fail, what successful committees do differently, and how to make yours more effective</w:t>
      </w:r>
    </w:p>
    <w:p w14:paraId="72464392" w14:textId="77777777" w:rsidR="00DB7443" w:rsidRDefault="00451972">
      <w:pPr>
        <w:pStyle w:val="Heading1"/>
      </w:pPr>
      <w:r>
        <w:t>PART 1  |  The uncomfortable truth about JHSC effectiveness</w:t>
      </w:r>
    </w:p>
    <w:p w14:paraId="393F7A7B" w14:textId="77777777" w:rsidR="00DB7443" w:rsidRDefault="00451972">
      <w:pPr>
        <w:pStyle w:val="Heading2"/>
      </w:pPr>
      <w:r>
        <w:t>Slide 1  |  Making Your JHSC More Than a Meeting Requirement</w:t>
      </w:r>
    </w:p>
    <w:p w14:paraId="534A80AC" w14:textId="77777777" w:rsidR="00DB7443" w:rsidRDefault="00451972">
      <w:r>
        <w:t>Good morning, everyone, and welcome.</w:t>
      </w:r>
    </w:p>
    <w:p w14:paraId="6C3724F7" w14:textId="77777777" w:rsidR="00DB7443" w:rsidRDefault="00451972">
      <w:r>
        <w:t>Today we're talking about something that almost every Canadian health and safety professional is familiar with, but perhaps doesn't spend enough time evaluating: the effectiveness of our Joint Health and Safety Committees.</w:t>
      </w:r>
    </w:p>
    <w:p w14:paraId="1A9219CF" w14:textId="77777777" w:rsidR="00DB7443" w:rsidRDefault="00451972">
      <w:r>
        <w:t>Now, depending on where you work, you might call it a JHSC, a JOHSC, a workplace health and safety committee, or simply the safety committee. For today's discussion, I'll generally use JHSC.</w:t>
      </w:r>
    </w:p>
    <w:p w14:paraId="71F4DA43" w14:textId="77777777" w:rsidR="00DB7443" w:rsidRDefault="00451972">
      <w:r>
        <w:t>Most of us understand why these committees exist. They're an important part of Canada's approach to workplace health and safety, bringing workers and employers together to identify concerns, discuss risks and recommend improvements.</w:t>
      </w:r>
    </w:p>
    <w:p w14:paraId="596621CB" w14:textId="77777777" w:rsidR="00DB7443" w:rsidRDefault="00451972">
      <w:r>
        <w:t>But here's what I want to challenge today. Having a JHSC and having an effective JHSC are not necessarily the same thing.</w:t>
      </w:r>
    </w:p>
    <w:p w14:paraId="3E2B407D" w14:textId="77777777" w:rsidR="00DB7443" w:rsidRDefault="00451972">
      <w:r>
        <w:t>You can have the right number of committee members, hold your meetings, complete your inspections, maintain your minutes and still have significant workplace hazards that aren't being addressed.</w:t>
      </w:r>
    </w:p>
    <w:p w14:paraId="1C55C9CA" w14:textId="77777777" w:rsidR="00DB7443" w:rsidRDefault="00451972">
      <w:r>
        <w:t>That doesn't necessarily mean your committee is failing to meet its legal obligations. It does raise an important question about effectiveness. Are we improving workplace safety, or are we simply documenting our safety activities?</w:t>
      </w:r>
    </w:p>
    <w:p w14:paraId="222AFDB6" w14:textId="77777777" w:rsidR="00DB7443" w:rsidRDefault="00451972">
      <w:r>
        <w:t>That's the distinction we're going to explore. Over the next hour, we'll examine why committees struggle, what Canadian research tells us about successful committees, and the practical changes you can make to improve yours.</w:t>
      </w:r>
    </w:p>
    <w:p w14:paraId="6653F2DA" w14:textId="77777777" w:rsidR="00DB7443" w:rsidRDefault="00451972">
      <w:r>
        <w:t>I also want you to think about your own committee as we go. Not the ideal committee described in a training manual. Your actual committee. The people, the meetings, the challenges and the things that haven't been working as well as you'd like.</w:t>
      </w:r>
    </w:p>
    <w:p w14:paraId="3D9876D4" w14:textId="77777777" w:rsidR="00DB7443" w:rsidRDefault="00451972">
      <w:r>
        <w:t>Because I want you to leave today with changes you can make, not just information you can file away.</w:t>
      </w:r>
    </w:p>
    <w:p w14:paraId="1D13707E" w14:textId="77777777" w:rsidR="00DB7443" w:rsidRDefault="00451972">
      <w:pPr>
        <w:pStyle w:val="Heading2"/>
      </w:pPr>
      <w:r>
        <w:t>Slide 2  |  Your committee may be compliant. But is it effective?</w:t>
      </w:r>
    </w:p>
    <w:p w14:paraId="0DCF6493" w14:textId="77777777" w:rsidR="00DB7443" w:rsidRDefault="00451972">
      <w:r>
        <w:t>Let me start with a question. Think about your last three committee meetings.</w:t>
      </w:r>
    </w:p>
    <w:p w14:paraId="685203DD" w14:textId="77777777" w:rsidR="00DB7443" w:rsidRDefault="00451972">
      <w:r>
        <w:t>What actually changed in your workplace because those meetings took place?</w:t>
      </w:r>
    </w:p>
    <w:p w14:paraId="2D6B126C" w14:textId="77777777" w:rsidR="00DB7443" w:rsidRDefault="00451972">
      <w:r>
        <w:lastRenderedPageBreak/>
        <w:t>Was a serious hazard eliminated? Was an engineering control improved? Did management approve a recommendation that had been outstanding? Did you uncover a problem that wasn't previously recognized?</w:t>
      </w:r>
    </w:p>
    <w:p w14:paraId="7FAE8A9A" w14:textId="77777777" w:rsidR="00DB7443" w:rsidRDefault="00451972">
      <w:r>
        <w:t>Or did you review the same action items, discuss the same inspection findings and schedule another meeting?</w:t>
      </w:r>
    </w:p>
    <w:p w14:paraId="66084030" w14:textId="77777777" w:rsidR="00DB7443" w:rsidRDefault="00451972">
      <w:r>
        <w:t>There's nothing inherently wrong with reviewing outstanding issues. Some problems take time to resolve. But there's a difference between managing a difficult issue and repeatedly discussing it without making progress.</w:t>
      </w:r>
    </w:p>
    <w:p w14:paraId="65935038" w14:textId="77777777" w:rsidR="00DB7443" w:rsidRDefault="00451972">
      <w:r>
        <w:t>One of the most useful ways to evaluate a committee is to look beyond what happens during the meeting and examine what happens afterward.</w:t>
      </w:r>
    </w:p>
    <w:p w14:paraId="5F796BED" w14:textId="77777777" w:rsidR="00DB7443" w:rsidRDefault="00451972">
      <w:r>
        <w:t>A meeting is a process. A recommendation is an output. But an effective safety improvement is an outcome. Those are three different things.</w:t>
      </w:r>
    </w:p>
    <w:p w14:paraId="502E5F67" w14:textId="77777777" w:rsidR="00DB7443" w:rsidRDefault="00451972">
      <w:r>
        <w:t>And throughout today's session, I want us to keep coming back to that distinction.</w:t>
      </w:r>
    </w:p>
    <w:p w14:paraId="1E0ED95F" w14:textId="77777777" w:rsidR="00DB7443" w:rsidRDefault="00451972">
      <w:pPr>
        <w:pStyle w:val="Heading2"/>
      </w:pPr>
      <w:r>
        <w:t>Slide 3  |  Audience poll</w:t>
      </w:r>
    </w:p>
    <w:p w14:paraId="3AB5DB04" w14:textId="77777777" w:rsidR="00DB7443" w:rsidRDefault="00451972">
      <w:r>
        <w:rPr>
          <w:b/>
          <w:color w:val="13627A"/>
        </w:rPr>
        <w:t>AUDIENCE POLL  |  How would you describe your JHSC’s current effectiveness?</w:t>
      </w:r>
    </w:p>
    <w:p w14:paraId="6DA0098F" w14:textId="77777777" w:rsidR="00DB7443" w:rsidRDefault="00451972">
      <w:r>
        <w:t>A. Highly effective. We regularly influence meaningful safety improvements.</w:t>
      </w:r>
    </w:p>
    <w:p w14:paraId="2F9B9C60" w14:textId="77777777" w:rsidR="00DB7443" w:rsidRDefault="00451972">
      <w:r>
        <w:t>B. Generally effective, but follow-through could improve.</w:t>
      </w:r>
    </w:p>
    <w:p w14:paraId="7FCAD83A" w14:textId="77777777" w:rsidR="00DB7443" w:rsidRDefault="00451972">
      <w:r>
        <w:t>C. Mostly compliance-focused, with limited measurable impact.</w:t>
      </w:r>
    </w:p>
    <w:p w14:paraId="23D6229B" w14:textId="77777777" w:rsidR="00DB7443" w:rsidRDefault="00451972">
      <w:r>
        <w:t>D. We struggle with participation, accountability or unresolved issues.</w:t>
      </w:r>
    </w:p>
    <w:p w14:paraId="68FA5FC2" w14:textId="77777777" w:rsidR="00DB7443" w:rsidRDefault="00451972">
      <w:r>
        <w:t>E. I’m not sure how to assess our effectiveness.</w:t>
      </w:r>
    </w:p>
    <w:p w14:paraId="6838924E" w14:textId="77777777" w:rsidR="00DB7443" w:rsidRDefault="00451972">
      <w:r>
        <w:t>Let's see where everyone is starting today. There's no right answer here, and we're not asking anyone to identify their workplace. I'm interested in how you actually experience your committee.</w:t>
      </w:r>
    </w:p>
    <w:p w14:paraId="5D51ABB3" w14:textId="77777777" w:rsidR="00DB7443" w:rsidRDefault="00451972">
      <w:r>
        <w:t>[Allow approximately 30 seconds for responses.]</w:t>
      </w:r>
    </w:p>
    <w:p w14:paraId="2134EB6A" w14:textId="77777777" w:rsidR="00DB7443" w:rsidRDefault="00451972">
      <w:r>
        <w:t>What's interesting about this question is that the last answer, not knowing how to assess effectiveness, is worth paying attention to.</w:t>
      </w:r>
    </w:p>
    <w:p w14:paraId="0637FEE1" w14:textId="77777777" w:rsidR="00DB7443" w:rsidRDefault="00451972">
      <w:r>
        <w:t>Many organizations can tell you how often their committee meets, how many inspections it completes and how many hazards have been recorded. Far fewer have a consistent method for determining whether the committee is influencing meaningful improvements.</w:t>
      </w:r>
    </w:p>
    <w:p w14:paraId="2D39A826" w14:textId="77777777" w:rsidR="00DB7443" w:rsidRDefault="00451972">
      <w:r>
        <w:t>We'll come back to that when we look at performance measurement.</w:t>
      </w:r>
    </w:p>
    <w:p w14:paraId="17F48C4E" w14:textId="77777777" w:rsidR="00DB7443" w:rsidRDefault="00451972">
      <w:pPr>
        <w:pStyle w:val="Heading2"/>
      </w:pPr>
      <w:r>
        <w:t>Slide 4  |  What Canadian research tells us</w:t>
      </w:r>
    </w:p>
    <w:p w14:paraId="1BB73F4A" w14:textId="77777777" w:rsidR="00DB7443" w:rsidRDefault="00451972">
      <w:r>
        <w:t>There is some useful Canadian-led research behind today's discussion.</w:t>
      </w:r>
    </w:p>
    <w:p w14:paraId="6003C123" w14:textId="77777777" w:rsidR="00DB7443" w:rsidRDefault="00451972">
      <w:r>
        <w:t>A systematic review led by researchers at the University of British Columbia examined 31 studies of joint health and safety committee effectiveness.</w:t>
      </w:r>
    </w:p>
    <w:p w14:paraId="0B1551F5" w14:textId="77777777" w:rsidR="00DB7443" w:rsidRDefault="00451972">
      <w:r>
        <w:t>The researchers identified several important factors. Effective committees need access to appropriate information. Members need education and training. Committee composition matters. Senior management commitment matters.</w:t>
      </w:r>
    </w:p>
    <w:p w14:paraId="4BF5C93E" w14:textId="77777777" w:rsidR="00DB7443" w:rsidRDefault="00451972">
      <w:r>
        <w:lastRenderedPageBreak/>
        <w:t>And particularly important is whether the committee has a clear mandate and meaningful ability to carry out its role.</w:t>
      </w:r>
    </w:p>
    <w:p w14:paraId="2F3633EE" w14:textId="77777777" w:rsidR="00DB7443" w:rsidRDefault="00451972">
      <w:r>
        <w:t>That last point deserves attention.</w:t>
      </w:r>
    </w:p>
    <w:p w14:paraId="4D72F439" w14:textId="77777777" w:rsidR="00DB7443" w:rsidRDefault="00451972">
      <w:r>
        <w:t>A committee can have enthusiastic members who genuinely want to improve safety, but if they don't receive the information they need, if management doesn't respond to their recommendations, or if their role isn't clearly understood, their effectiveness will be limited.</w:t>
      </w:r>
    </w:p>
    <w:p w14:paraId="4E10027A" w14:textId="77777777" w:rsidR="00DB7443" w:rsidRDefault="00451972">
      <w:r>
        <w:t>It's also important not to overstate the research. The review identified factors associated with effectiveness. It didn't provide a universal formula or prove that adopting any single practice would automatically reduce injuries.</w:t>
      </w:r>
    </w:p>
    <w:p w14:paraId="573BDF01" w14:textId="77777777" w:rsidR="00DB7443" w:rsidRDefault="00451972">
      <w:r>
        <w:t>Still, it gives us a useful foundation.</w:t>
      </w:r>
    </w:p>
    <w:p w14:paraId="2EE71DA7" w14:textId="77777777" w:rsidR="00DB7443" w:rsidRDefault="00451972">
      <w:r>
        <w:t>Effective committees don't succeed simply because their members care about safety. They succeed when the organization gives them a workable structure, meaningful participation and management support.</w:t>
      </w:r>
    </w:p>
    <w:p w14:paraId="736965E8" w14:textId="77777777" w:rsidR="00DB7443" w:rsidRDefault="00451972">
      <w:r>
        <w:t>And that brings us to the first major question. Why do so many committees struggle?</w:t>
      </w:r>
    </w:p>
    <w:p w14:paraId="2D77781C" w14:textId="549CC32E" w:rsidR="00DB7443" w:rsidRDefault="00451972">
      <w:pPr>
        <w:pStyle w:val="Caption"/>
      </w:pPr>
      <w:r>
        <w:t>Effectiveness of Joint Health and Safety Committees: A Realist Review (2013). https://pubmed.ncbi.nlm.nih.gov/23192461/</w:t>
      </w:r>
    </w:p>
    <w:p w14:paraId="5B478357" w14:textId="77777777" w:rsidR="00DB7443" w:rsidRDefault="00451972">
      <w:pPr>
        <w:pStyle w:val="Heading1"/>
      </w:pPr>
      <w:r>
        <w:t>PART 2  |  The 10 reasons JHSCs fail</w:t>
      </w:r>
    </w:p>
    <w:p w14:paraId="027B31E7" w14:textId="77777777" w:rsidR="00DB7443" w:rsidRDefault="00451972">
      <w:pPr>
        <w:pStyle w:val="Heading2"/>
      </w:pPr>
      <w:r>
        <w:t>Slide 5  |  Why good committees become ineffective</w:t>
      </w:r>
    </w:p>
    <w:p w14:paraId="4B362F41" w14:textId="77777777" w:rsidR="00DB7443" w:rsidRDefault="00451972">
      <w:r>
        <w:t>I want to walk through 10 common problems that can undermine a JHSC.</w:t>
      </w:r>
    </w:p>
    <w:p w14:paraId="78BF9D44" w14:textId="77777777" w:rsidR="00DB7443" w:rsidRDefault="00451972">
      <w:r>
        <w:t>These aren't a statistically ranked list of Canada's most common committee failures. They're recurring weaknesses identified through research, regulatory guidance and workplace management experience.</w:t>
      </w:r>
    </w:p>
    <w:p w14:paraId="6A012393" w14:textId="77777777" w:rsidR="00DB7443" w:rsidRDefault="00451972">
      <w:r>
        <w:t>You may recognize several of them. And I want to make one distinction before we begin.</w:t>
      </w:r>
    </w:p>
    <w:p w14:paraId="48BEB191" w14:textId="77777777" w:rsidR="00DB7443" w:rsidRDefault="00451972">
      <w:r>
        <w:t>An ineffective committee isn't always the result of ineffective committee members. Sometimes the committee is doing exactly what it's supposed to do, but the employer's processes aren't supporting the next step.</w:t>
      </w:r>
    </w:p>
    <w:p w14:paraId="56AEE87B" w14:textId="77777777" w:rsidR="00DB7443" w:rsidRDefault="00451972">
      <w:r>
        <w:t>We need to recognize where responsibility actually sits if we want to make meaningful improvements.</w:t>
      </w:r>
    </w:p>
    <w:p w14:paraId="0F19AA9A" w14:textId="77777777" w:rsidR="00DB7443" w:rsidRDefault="00451972">
      <w:pPr>
        <w:pStyle w:val="Heading2"/>
      </w:pPr>
      <w:r>
        <w:t>Slide 6  |  Problems 1 to 3: Commitment, accountability and authority</w:t>
      </w:r>
    </w:p>
    <w:p w14:paraId="66B28958" w14:textId="77777777" w:rsidR="00DB7443" w:rsidRDefault="00451972">
      <w:r>
        <w:t>Problem one is inadequate management commitment.</w:t>
      </w:r>
    </w:p>
    <w:p w14:paraId="6A4BE609" w14:textId="77777777" w:rsidR="00DB7443" w:rsidRDefault="00451972">
      <w:r>
        <w:t>Management commitment is easy to claim and much harder to demonstrate. It's not simply having a senior manager attend a meeting or sign a safety policy.</w:t>
      </w:r>
    </w:p>
    <w:p w14:paraId="7CC4C4C7" w14:textId="77777777" w:rsidR="00DB7443" w:rsidRDefault="00451972">
      <w:r>
        <w:t>It's making sure committee members have time to perform their duties, providing necessary information, considering recommendations seriously and ensuring that appropriate decisions are made.</w:t>
      </w:r>
    </w:p>
    <w:p w14:paraId="23BDFA82" w14:textId="77777777" w:rsidR="00DB7443" w:rsidRDefault="00451972">
      <w:r>
        <w:t>Consider a committee that has recommended better pedestrian separation in a warehouse. Management agrees there's a risk but continually postpones a decision because production priorities keep taking precedence. Eventually, committee members begin to wonder whether their recommendations matter. That's a management commitment problem, not necessarily a committee problem.</w:t>
      </w:r>
    </w:p>
    <w:p w14:paraId="4A401C93" w14:textId="77777777" w:rsidR="00DB7443" w:rsidRDefault="00451972">
      <w:r>
        <w:t>Problem two is the absence of meaningful follow-through.</w:t>
      </w:r>
    </w:p>
    <w:p w14:paraId="18951AF5" w14:textId="77777777" w:rsidR="00DB7443" w:rsidRDefault="00451972">
      <w:r>
        <w:lastRenderedPageBreak/>
        <w:t>A committee identifies a hazard. It's entered into the minutes. Someone agrees to investigate. The following month, there's no update. Another month passes, and the item remains outstanding. Eventually, the issue becomes so familiar that nobody really challenges it anymore.</w:t>
      </w:r>
    </w:p>
    <w:p w14:paraId="2B37DD88" w14:textId="77777777" w:rsidR="00DB7443" w:rsidRDefault="00451972">
      <w:r>
        <w:t>Here's an important question to ask when reviewing your own minutes: How many actions have appeared on your agenda for three or more consecutive meetings without a meaningful change in status?</w:t>
      </w:r>
    </w:p>
    <w:p w14:paraId="193A6A8C" w14:textId="77777777" w:rsidR="00DB7443" w:rsidRDefault="00451972">
      <w:r>
        <w:t>That's worth measuring. For serious hazards, we also need to remember that a monthly committee meeting isn't an acceptable substitute for prompt hazard control. Urgent risks must be addressed through the applicable workplace procedures and legal requirements.</w:t>
      </w:r>
    </w:p>
    <w:p w14:paraId="711642EA" w14:textId="77777777" w:rsidR="00DB7443" w:rsidRDefault="00451972">
      <w:r>
        <w:t>Problem three is confusion about the committee's role.</w:t>
      </w:r>
    </w:p>
    <w:p w14:paraId="7E1204D6" w14:textId="77777777" w:rsidR="00DB7443" w:rsidRDefault="00451972">
      <w:r>
        <w:t>This is particularly common. The committee identifies a problem, makes a recommendation and then becomes frustrated because it can't implement the solution.</w:t>
      </w:r>
    </w:p>
    <w:p w14:paraId="1450936F" w14:textId="77777777" w:rsidR="00DB7443" w:rsidRDefault="00451972">
      <w:r>
        <w:t>But in most jurisdictions, the committee's primary functions involve participation, identifying concerns, making recommendations and monitoring safety matters. The employer retains its legal responsibilities.</w:t>
      </w:r>
    </w:p>
    <w:p w14:paraId="7234CF61" w14:textId="77777777" w:rsidR="00DB7443" w:rsidRDefault="00451972">
      <w:r>
        <w:t>The committee shouldn't have to assume management's job to be effective. What it does need is a clear mandate, access to relevant information and a reliable process for management to consider and respond to its work.</w:t>
      </w:r>
    </w:p>
    <w:p w14:paraId="6F04B612" w14:textId="77777777" w:rsidR="00DB7443" w:rsidRDefault="00451972">
      <w:pPr>
        <w:pStyle w:val="Heading2"/>
      </w:pPr>
      <w:r>
        <w:t>Slide 7  |  Problems 4 to 6: Training, meeting quality and worker engagement</w:t>
      </w:r>
    </w:p>
    <w:p w14:paraId="22C9B7DE" w14:textId="77777777" w:rsidR="00DB7443" w:rsidRDefault="00451972">
      <w:r>
        <w:t>Problem four is inadequate practical training.</w:t>
      </w:r>
    </w:p>
    <w:p w14:paraId="2F9F85B5" w14:textId="77777777" w:rsidR="00DB7443" w:rsidRDefault="00451972">
      <w:r>
        <w:t>Most committee training covers responsibilities, rights and legislative requirements. That's important. Members need to understand the legal framework.</w:t>
      </w:r>
    </w:p>
    <w:p w14:paraId="15D9443A" w14:textId="77777777" w:rsidR="00DB7443" w:rsidRDefault="00451972">
      <w:r>
        <w:t>But knowing the legislation doesn't automatically make someone skilled at evaluating risks, analyzing incident trends, developing recommendations or assessing whether controls are effective.</w:t>
      </w:r>
    </w:p>
    <w:p w14:paraId="4B1B25E2" w14:textId="77777777" w:rsidR="00DB7443" w:rsidRDefault="00451972">
      <w:r>
        <w:t>Think about a new committee member who knows that workplace inspections are required but has never been taught how to evaluate the effectiveness of a machine guard or recognize an occupational exposure. We shouldn't assume that person has the necessary technical judgment simply because they've completed basic committee training.</w:t>
      </w:r>
    </w:p>
    <w:p w14:paraId="6B892D82" w14:textId="77777777" w:rsidR="00DB7443" w:rsidRDefault="00451972">
      <w:r>
        <w:t>A good committee needs ongoing learning based on the actual hazards and responsibilities in its workplace.</w:t>
      </w:r>
    </w:p>
    <w:p w14:paraId="08A3CF56" w14:textId="77777777" w:rsidR="00DB7443" w:rsidRDefault="00451972">
      <w:r>
        <w:t>Problem five is spending too much time on administration.</w:t>
      </w:r>
    </w:p>
    <w:p w14:paraId="0F55DA81" w14:textId="77777777" w:rsidR="00DB7443" w:rsidRDefault="00451972">
      <w:r>
        <w:t>You've probably attended a meeting where 20 minutes were spent reviewing the previous minutes and another 15 minutes reviewing routine statistics. By the time the committee reaches significant outstanding issues, there's hardly any time left.</w:t>
      </w:r>
    </w:p>
    <w:p w14:paraId="6BAC4C8B" w14:textId="77777777" w:rsidR="00DB7443" w:rsidRDefault="00451972">
      <w:r>
        <w:t>The problem isn't the meeting itself. It's what we're using the meeting to accomplish. Administrative requirements still have to be met, but routine information can often be circulated beforehand. Meeting time is particularly valuable for discussing significant risks, considering recommendations and identifying barriers to progress.</w:t>
      </w:r>
    </w:p>
    <w:p w14:paraId="4C016DDA" w14:textId="77777777" w:rsidR="00DB7443" w:rsidRDefault="00451972">
      <w:r>
        <w:t>Problem six is weak worker engagement.</w:t>
      </w:r>
    </w:p>
    <w:p w14:paraId="6DE019B0" w14:textId="77777777" w:rsidR="00DB7443" w:rsidRDefault="00451972">
      <w:r>
        <w:lastRenderedPageBreak/>
        <w:t>Here's a question I think every committee should ask. If I walked onto the shop floor today and asked five employees who their worker representatives were, how many could tell me?</w:t>
      </w:r>
    </w:p>
    <w:p w14:paraId="49465871" w14:textId="77777777" w:rsidR="00DB7443" w:rsidRDefault="00451972">
      <w:r>
        <w:t>And here's the more important follow-up. Would those employees feel comfortable bringing a concern to their representative?</w:t>
      </w:r>
    </w:p>
    <w:p w14:paraId="2ABBC949" w14:textId="77777777" w:rsidR="00DB7443" w:rsidRDefault="00451972">
      <w:r>
        <w:t>A committee can be fully staffed, with all positions filled, and still be disconnected from the people it represents. If workers don't know how to raise concerns, or don't believe their concerns will be taken seriously, the committee loses access to important information about how work is actually being performed.</w:t>
      </w:r>
    </w:p>
    <w:p w14:paraId="0125AE05" w14:textId="77777777" w:rsidR="00DB7443" w:rsidRDefault="00451972">
      <w:pPr>
        <w:pStyle w:val="Heading2"/>
      </w:pPr>
      <w:r>
        <w:t>Slide 8  |  Problems 7 to 10: Inspections, recommendations, communication and measurement</w:t>
      </w:r>
    </w:p>
    <w:p w14:paraId="1D91A7A5" w14:textId="77777777" w:rsidR="00DB7443" w:rsidRDefault="00451972">
      <w:r>
        <w:t>Problem seven is inspection fatigue.</w:t>
      </w:r>
    </w:p>
    <w:p w14:paraId="77D936C3" w14:textId="77777777" w:rsidR="00DB7443" w:rsidRDefault="00451972">
      <w:r>
        <w:t>The committee completes its scheduled inspections, but members start looking for the same things every time. Blocked exits. Damaged cords. Housekeeping concerns. Those are legitimate hazards, of course.</w:t>
      </w:r>
    </w:p>
    <w:p w14:paraId="6316C9AA" w14:textId="77777777" w:rsidR="00DB7443" w:rsidRDefault="00451972">
      <w:r>
        <w:t>But what about repeated manual handling, poorly designed workstations, equipment modifications, chemical exposures, fatigue or changes in production that introduce new risks? A good inspection program needs to look beyond the obvious.</w:t>
      </w:r>
    </w:p>
    <w:p w14:paraId="7C4379DD" w14:textId="77777777" w:rsidR="00DB7443" w:rsidRDefault="00451972">
      <w:r>
        <w:t>Problem eight is weak recommendations.</w:t>
      </w:r>
    </w:p>
    <w:p w14:paraId="43A6FDD5" w14:textId="77777777" w:rsidR="00DB7443" w:rsidRDefault="00451972">
      <w:r>
        <w:t>There's a substantial difference between recommending that management improve forklift safety and recommending a specific review of forklift-pedestrian interactions in two identified high-risk areas, supported by observations and near-miss reports.</w:t>
      </w:r>
    </w:p>
    <w:p w14:paraId="7864B99B" w14:textId="77777777" w:rsidR="00DB7443" w:rsidRDefault="00451972">
      <w:r>
        <w:t>The second gives management something concrete to evaluate. We should be able to explain what the hazard is, who may be exposed, what could happen and why current controls may be insufficient.</w:t>
      </w:r>
    </w:p>
    <w:p w14:paraId="4B31585C" w14:textId="77777777" w:rsidR="00DB7443" w:rsidRDefault="00451972">
      <w:r>
        <w:t>Where appropriate, the committee can also identify potential controls and request that management evaluate them.</w:t>
      </w:r>
    </w:p>
    <w:p w14:paraId="3F178E60" w14:textId="77777777" w:rsidR="00DB7443" w:rsidRDefault="00451972">
      <w:r>
        <w:t>Problem nine is poor communication.</w:t>
      </w:r>
    </w:p>
    <w:p w14:paraId="05BDC142" w14:textId="77777777" w:rsidR="00DB7443" w:rsidRDefault="00451972">
      <w:r>
        <w:t>Workers report concerns, but never hear what happens afterward. Maybe the issue was resolved. Maybe management rejected the recommendation for a legitimate reason. Maybe an alternative control was adopted.</w:t>
      </w:r>
    </w:p>
    <w:p w14:paraId="5BABC649" w14:textId="77777777" w:rsidR="00DB7443" w:rsidRDefault="00451972">
      <w:r>
        <w:t>If that information doesn't get back to workers, the process looks unresponsive. And perception matters. When people believe reporting concerns accomplishes nothing, they become less likely to participate.</w:t>
      </w:r>
    </w:p>
    <w:p w14:paraId="67E2B908" w14:textId="77777777" w:rsidR="00DB7443" w:rsidRDefault="00451972">
      <w:r>
        <w:t>Problem ten is the absence of an effectiveness evaluation.</w:t>
      </w:r>
    </w:p>
    <w:p w14:paraId="7FE151ED" w14:textId="77777777" w:rsidR="00DB7443" w:rsidRDefault="00451972">
      <w:r>
        <w:t>Many committees can demonstrate compliance with administrative requirements. But they haven't defined what successful performance would look like. Without a meaningful evaluation, it's difficult to know where improvement is needed.</w:t>
      </w:r>
    </w:p>
    <w:p w14:paraId="0210F221" w14:textId="77777777" w:rsidR="00DB7443" w:rsidRDefault="00451972">
      <w:r>
        <w:t>And that leads to a problem I consider particularly important.</w:t>
      </w:r>
    </w:p>
    <w:p w14:paraId="5F25875F" w14:textId="77777777" w:rsidR="00DB7443" w:rsidRDefault="00451972">
      <w:pPr>
        <w:pStyle w:val="Heading2"/>
      </w:pPr>
      <w:r>
        <w:t>Slide 9  |  The JHSC action gap</w:t>
      </w:r>
    </w:p>
    <w:p w14:paraId="3DC727DF" w14:textId="77777777" w:rsidR="00DB7443" w:rsidRDefault="00451972">
      <w:r>
        <w:t>I'd like you to think about a common sequence.</w:t>
      </w:r>
    </w:p>
    <w:p w14:paraId="1C51771F" w14:textId="77777777" w:rsidR="00DB7443" w:rsidRDefault="00451972">
      <w:r>
        <w:lastRenderedPageBreak/>
        <w:t>A worker identifies a hazard. The concern is raised with the committee. The committee discusses it and makes a recommendation. Management receives that recommendation. And then progress slows down.</w:t>
      </w:r>
    </w:p>
    <w:p w14:paraId="7C53A352" w14:textId="77777777" w:rsidR="00DB7443" w:rsidRDefault="00451972">
      <w:r>
        <w:t>Nobody is quite sure who owns the next step. The response is delayed. The issue returns to the next meeting.</w:t>
      </w:r>
    </w:p>
    <w:p w14:paraId="2FAD706F" w14:textId="77777777" w:rsidR="00DB7443" w:rsidRDefault="00451972">
      <w:r>
        <w:t>Now, sometimes a difficult hazard genuinely takes time to resolve. There may be engineering work, purchasing decisions or operational changes involved.</w:t>
      </w:r>
    </w:p>
    <w:p w14:paraId="2BBF1EAD" w14:textId="77777777" w:rsidR="00DB7443" w:rsidRDefault="00451972">
      <w:r>
        <w:t>But we should still be able to answer some basic questions. Who's responsible for the next decision? When is that decision expected? What interim controls are in place? How will the committee know the issue has been addressed?</w:t>
      </w:r>
    </w:p>
    <w:p w14:paraId="5E08B035" w14:textId="77777777" w:rsidR="00DB7443" w:rsidRDefault="00451972">
      <w:r>
        <w:t>I call the breakdown between identifying a concern and achieving a meaningful response the JHSC action gap.</w:t>
      </w:r>
    </w:p>
    <w:p w14:paraId="0E5CC789" w14:textId="77777777" w:rsidR="00DB7443" w:rsidRDefault="00451972">
      <w:r>
        <w:t>It's a useful way of examining committee effectiveness because it shifts our attention away from simply recording concerns.</w:t>
      </w:r>
    </w:p>
    <w:p w14:paraId="185F83ED" w14:textId="77777777" w:rsidR="00DB7443" w:rsidRDefault="00451972">
      <w:r>
        <w:t>Our goal is not to close an action item because someone says it's done. Our goal is to establish that the identified risk has been appropriately addressed.</w:t>
      </w:r>
    </w:p>
    <w:p w14:paraId="2354D492" w14:textId="77777777" w:rsidR="00DB7443" w:rsidRDefault="00451972">
      <w:pPr>
        <w:pStyle w:val="Heading2"/>
      </w:pPr>
      <w:r>
        <w:t>Slide 10  |  Audience poll</w:t>
      </w:r>
    </w:p>
    <w:p w14:paraId="086BA4BB" w14:textId="77777777" w:rsidR="00DB7443" w:rsidRDefault="00451972">
      <w:r>
        <w:rPr>
          <w:b/>
          <w:color w:val="13627A"/>
        </w:rPr>
        <w:t>AUDIENCE POLL  |  What’s the biggest obstacle to your JHSC’s effectiveness?</w:t>
      </w:r>
    </w:p>
    <w:p w14:paraId="249B5C8C" w14:textId="77777777" w:rsidR="00DB7443" w:rsidRDefault="00451972">
      <w:r>
        <w:t>A. Limited management support or resources</w:t>
      </w:r>
    </w:p>
    <w:p w14:paraId="773A2CB1" w14:textId="77777777" w:rsidR="00DB7443" w:rsidRDefault="00451972">
      <w:r>
        <w:t>B. Poor follow-through on recommendations</w:t>
      </w:r>
    </w:p>
    <w:p w14:paraId="0DD1673C" w14:textId="77777777" w:rsidR="00DB7443" w:rsidRDefault="00451972">
      <w:r>
        <w:t>C. Insufficient training or unclear responsibilities</w:t>
      </w:r>
    </w:p>
    <w:p w14:paraId="35720FB0" w14:textId="77777777" w:rsidR="00DB7443" w:rsidRDefault="00451972">
      <w:r>
        <w:t>D. Low worker engagement or participation</w:t>
      </w:r>
    </w:p>
    <w:p w14:paraId="73D090D3" w14:textId="77777777" w:rsidR="00DB7443" w:rsidRDefault="00451972">
      <w:r>
        <w:t>E. Ineffective meetings and too much administration</w:t>
      </w:r>
    </w:p>
    <w:p w14:paraId="2350F035" w14:textId="77777777" w:rsidR="00DB7443" w:rsidRDefault="00451972">
      <w:r>
        <w:t>Let's see which of those issues resonates most with the group. [Allow 30 seconds for voting.]</w:t>
      </w:r>
    </w:p>
    <w:p w14:paraId="731BD6FA" w14:textId="77777777" w:rsidR="00DB7443" w:rsidRDefault="00451972">
      <w:r>
        <w:t>Whatever the results, I'd encourage you to remember something. These problems are often connected.</w:t>
      </w:r>
    </w:p>
    <w:p w14:paraId="0E1317BB" w14:textId="77777777" w:rsidR="00DB7443" w:rsidRDefault="00451972">
      <w:r>
        <w:t>A committee with little management support may struggle to get recommendations implemented. That can discourage worker representatives, which weakens participation and makes the meetings feel increasingly administrative.</w:t>
      </w:r>
    </w:p>
    <w:p w14:paraId="0D820B6C" w14:textId="77777777" w:rsidR="00DB7443" w:rsidRDefault="00451972">
      <w:r>
        <w:t>So it's tempting to try to fix everything at once. But in practice, you'll often make more progress by identifying the one or two underlying problems that are holding your committee back.</w:t>
      </w:r>
    </w:p>
    <w:p w14:paraId="50FCE156" w14:textId="77777777" w:rsidR="00DB7443" w:rsidRDefault="00451972">
      <w:r>
        <w:t>That leads naturally to the next part of our discussion. What do effective committees do differently?</w:t>
      </w:r>
    </w:p>
    <w:p w14:paraId="105D7570" w14:textId="77777777" w:rsidR="00DB7443" w:rsidRDefault="00451972">
      <w:pPr>
        <w:pStyle w:val="Heading1"/>
      </w:pPr>
      <w:r>
        <w:t>PART 3  |  What successful JHSCs do differently</w:t>
      </w:r>
    </w:p>
    <w:p w14:paraId="7BF84323" w14:textId="77777777" w:rsidR="00DB7443" w:rsidRDefault="00451972">
      <w:pPr>
        <w:pStyle w:val="Heading2"/>
      </w:pPr>
      <w:r>
        <w:t>Slide 11  |  What the evidence tells us</w:t>
      </w:r>
    </w:p>
    <w:p w14:paraId="7E349983" w14:textId="77777777" w:rsidR="00DB7443" w:rsidRDefault="00451972">
      <w:r>
        <w:t>Let's return briefly to the research.</w:t>
      </w:r>
    </w:p>
    <w:p w14:paraId="42F223E9" w14:textId="77777777" w:rsidR="00DB7443" w:rsidRDefault="00451972">
      <w:r>
        <w:t>The findings from the systematic review I mentioned earlier are useful because they challenge the idea that committee effectiveness is primarily about how meetings are conducted.</w:t>
      </w:r>
    </w:p>
    <w:p w14:paraId="5E587C15" w14:textId="77777777" w:rsidR="00DB7443" w:rsidRDefault="00451972">
      <w:r>
        <w:lastRenderedPageBreak/>
        <w:t>The researchers identified several factors associated with effectiveness, including management commitment, appropriate committee composition, relevant training and information, and a clear mandate supported by meaningful authority.</w:t>
      </w:r>
    </w:p>
    <w:p w14:paraId="039D14B0" w14:textId="77777777" w:rsidR="00DB7443" w:rsidRDefault="00451972">
      <w:r>
        <w:t>Notice what's not at the centre of that list. The number of pages in the minutes. The length of the agenda. Or the number of issues discussed.</w:t>
      </w:r>
    </w:p>
    <w:p w14:paraId="3C2F5C5C" w14:textId="77777777" w:rsidR="00DB7443" w:rsidRDefault="00451972">
      <w:r>
        <w:t>Those administrative measures have their place. But they aren't substitutes for the conditions that allow a committee to function.</w:t>
      </w:r>
    </w:p>
    <w:p w14:paraId="7FF706A4" w14:textId="77777777" w:rsidR="00DB7443" w:rsidRDefault="00451972">
      <w:r>
        <w:t>To put it simply, a successful committee needs three things. It needs capable members, a clear process and an organization willing to act on legitimate safety concerns.</w:t>
      </w:r>
    </w:p>
    <w:p w14:paraId="42C6BDE2" w14:textId="77777777" w:rsidR="00DB7443" w:rsidRDefault="00451972">
      <w:r>
        <w:t>Let's look at what that means in practice.</w:t>
      </w:r>
    </w:p>
    <w:p w14:paraId="5D6F6E20" w14:textId="77777777" w:rsidR="00DB7443" w:rsidRDefault="00451972">
      <w:pPr>
        <w:pStyle w:val="Heading2"/>
      </w:pPr>
      <w:r>
        <w:t>Slide 12  |  Effective committees have a clear purpose</w:t>
      </w:r>
    </w:p>
    <w:p w14:paraId="16E0B877" w14:textId="77777777" w:rsidR="00DB7443" w:rsidRDefault="00451972">
      <w:r>
        <w:t>First, successful committees understand what they're there to accomplish. That sounds obvious, but it matters.</w:t>
      </w:r>
    </w:p>
    <w:p w14:paraId="461163DA" w14:textId="77777777" w:rsidR="00DB7443" w:rsidRDefault="00451972">
      <w:r>
        <w:t>A committee isn't simply a place to collect workplace complaints. Nor should it become a replacement for supervisors performing their normal safety responsibilities.</w:t>
      </w:r>
    </w:p>
    <w:p w14:paraId="24308BFF" w14:textId="77777777" w:rsidR="00DB7443" w:rsidRDefault="00451972">
      <w:r>
        <w:t>It provides a structured means for worker and employer representatives to participate in workplace health and safety.</w:t>
      </w:r>
    </w:p>
    <w:p w14:paraId="75777B64" w14:textId="77777777" w:rsidR="00DB7443" w:rsidRDefault="00451972">
      <w:r>
        <w:t>That means identifying concerns, examining relevant information, making recommendations and performing the functions required by applicable legislation.</w:t>
      </w:r>
    </w:p>
    <w:p w14:paraId="03C5AFA8" w14:textId="77777777" w:rsidR="00DB7443" w:rsidRDefault="00451972">
      <w:r>
        <w:t>When everyone understands the mandate, the committee can spend less time debating who's responsible and more time discussing risks.</w:t>
      </w:r>
    </w:p>
    <w:p w14:paraId="51F06B1D" w14:textId="77777777" w:rsidR="00DB7443" w:rsidRDefault="00451972">
      <w:r>
        <w:t>I'd recommend every committee periodically review its terms of reference or operating procedures. Ask whether they accurately describe the committee's duties, how issues are raised, how recommendations are made and how follow-up occurs.</w:t>
      </w:r>
    </w:p>
    <w:p w14:paraId="0F4A2263" w14:textId="77777777" w:rsidR="00DB7443" w:rsidRDefault="00451972">
      <w:r>
        <w:t>And ask whether members actually understand those procedures. A document that nobody uses has very limited value.</w:t>
      </w:r>
    </w:p>
    <w:p w14:paraId="2A15E431" w14:textId="77777777" w:rsidR="00DB7443" w:rsidRDefault="00451972">
      <w:pPr>
        <w:pStyle w:val="Heading2"/>
      </w:pPr>
      <w:r>
        <w:t>Slide 13  |  Effective committees have management support</w:t>
      </w:r>
    </w:p>
    <w:p w14:paraId="24DFF66E" w14:textId="77777777" w:rsidR="00DB7443" w:rsidRDefault="00451972">
      <w:r>
        <w:t>Second, effective committees have meaningful management support. Let me be specific about what that looks like.</w:t>
      </w:r>
    </w:p>
    <w:p w14:paraId="3EFDB081" w14:textId="77777777" w:rsidR="00DB7443" w:rsidRDefault="00451972">
      <w:r>
        <w:t>Members receive adequate time to perform their responsibilities. They receive training and relevant information. Management responds to their recommendations, and the organization has a process for addressing concerns that require operational decisions.</w:t>
      </w:r>
    </w:p>
    <w:p w14:paraId="256916D6" w14:textId="77777777" w:rsidR="00DB7443" w:rsidRDefault="00451972">
      <w:r>
        <w:t>Now, that doesn't mean management must accept every recommendation. Committees can disagree with management, and management can have legitimate reasons for selecting a different control.</w:t>
      </w:r>
    </w:p>
    <w:p w14:paraId="4B9DDEA4" w14:textId="77777777" w:rsidR="00DB7443" w:rsidRDefault="00451972">
      <w:r>
        <w:t>But the response should be reasoned, appropriate to the risk and consistent with applicable law.</w:t>
      </w:r>
    </w:p>
    <w:p w14:paraId="02731DB0" w14:textId="77777777" w:rsidR="00DB7443" w:rsidRDefault="00451972">
      <w:r>
        <w:t>For example, in Ontario, an employer receiving written JHSC recommendations must respond in writing within 21 calendar days. If the recommendation is accepted, the response must include a timetable. If it isn't accepted, the employer must explain why.</w:t>
      </w:r>
    </w:p>
    <w:p w14:paraId="15468FD4" w14:textId="77777777" w:rsidR="00DB7443" w:rsidRDefault="00451972">
      <w:r>
        <w:lastRenderedPageBreak/>
        <w:t>That is a specific Ontario requirement, not a universal Canadian deadline.</w:t>
      </w:r>
    </w:p>
    <w:p w14:paraId="4F0875E8" w14:textId="77777777" w:rsidR="00DB7443" w:rsidRDefault="00451972">
      <w:r>
        <w:t>What matters more broadly is the principle of meaningful response. A committee that consistently receives clear decisions, explanations and appropriate follow-through is in a stronger position to contribute.</w:t>
      </w:r>
    </w:p>
    <w:p w14:paraId="12A0377A" w14:textId="77777777" w:rsidR="00DB7443" w:rsidRDefault="00451972">
      <w:pPr>
        <w:pStyle w:val="Heading2"/>
      </w:pPr>
      <w:r>
        <w:t>Slide 14  |  Effective committees have real worker participation</w:t>
      </w:r>
    </w:p>
    <w:p w14:paraId="277CEFE8" w14:textId="77777777" w:rsidR="00DB7443" w:rsidRDefault="00451972">
      <w:r>
        <w:t>Third, successful committees maintain a meaningful connection with workers. And that requires more than filling the required worker representative positions.</w:t>
      </w:r>
    </w:p>
    <w:p w14:paraId="7F0C4DAD" w14:textId="77777777" w:rsidR="00DB7443" w:rsidRDefault="00451972">
      <w:r>
        <w:t>Committee members need opportunities to hear about actual working conditions, including concerns that might not appear in formal incident reports.</w:t>
      </w:r>
    </w:p>
    <w:p w14:paraId="160CE11C" w14:textId="77777777" w:rsidR="00DB7443" w:rsidRDefault="00451972">
      <w:r>
        <w:t>Sometimes the most valuable information comes from a worker explaining that a process has changed, that an awkward task is now being performed more frequently or that equipment behaves differently on the night shift.</w:t>
      </w:r>
    </w:p>
    <w:p w14:paraId="07249B02" w14:textId="77777777" w:rsidR="00DB7443" w:rsidRDefault="00451972">
      <w:r>
        <w:t>Those observations can provide early warning signs. The committee should also communicate back.</w:t>
      </w:r>
    </w:p>
    <w:p w14:paraId="225B592B" w14:textId="77777777" w:rsidR="00DB7443" w:rsidRDefault="00451972">
      <w:r>
        <w:t>Workers should know how to contact their representatives, how concerns are handled and what improvements have resulted.</w:t>
      </w:r>
    </w:p>
    <w:p w14:paraId="25789E5D" w14:textId="77777777" w:rsidR="00DB7443" w:rsidRDefault="00451972">
      <w:r>
        <w:t>There are different ways to do this. Some workplaces use brief committee updates during shift meetings. Others post summaries of resolved issues, provide digital reporting channels or have representatives speak directly with their work groups.</w:t>
      </w:r>
    </w:p>
    <w:p w14:paraId="1F60242A" w14:textId="77777777" w:rsidR="00DB7443" w:rsidRDefault="00451972">
      <w:r>
        <w:t>The method is less important than making communication visible and accessible. And remember, worker participation isn't the same as having workers attend meetings.</w:t>
      </w:r>
    </w:p>
    <w:p w14:paraId="46581295" w14:textId="77777777" w:rsidR="00DB7443" w:rsidRDefault="00451972">
      <w:r>
        <w:t>It's whether they have a meaningful opportunity to influence workplace health and safety.</w:t>
      </w:r>
    </w:p>
    <w:p w14:paraId="3BCDC83A" w14:textId="77777777" w:rsidR="00DB7443" w:rsidRDefault="00451972">
      <w:pPr>
        <w:pStyle w:val="Heading2"/>
      </w:pPr>
      <w:r>
        <w:t>Slide 15  |  Effective committees challenge whether controls are working</w:t>
      </w:r>
    </w:p>
    <w:p w14:paraId="60873AB3" w14:textId="77777777" w:rsidR="00DB7443" w:rsidRDefault="00451972">
      <w:r>
        <w:t>Fourth, effective committees don't stop asking questions when an action item is marked complete.</w:t>
      </w:r>
    </w:p>
    <w:p w14:paraId="3EE3D8DE" w14:textId="77777777" w:rsidR="00DB7443" w:rsidRDefault="00451972">
      <w:r>
        <w:t>Let's say a warehouse has repeated near misses involving forklifts and pedestrians. Management introduces refresher training, installs signs and reports that the corrective action is complete.</w:t>
      </w:r>
    </w:p>
    <w:p w14:paraId="46038F72" w14:textId="77777777" w:rsidR="00DB7443" w:rsidRDefault="00451972">
      <w:r>
        <w:t>Should the committee consider the problem resolved? Not automatically.</w:t>
      </w:r>
    </w:p>
    <w:p w14:paraId="11A2D73E" w14:textId="77777777" w:rsidR="00DB7443" w:rsidRDefault="00451972">
      <w:r>
        <w:t>We should be interested in whether controls are appropriate for the risk, whether more effective controls are reasonably practicable, and whether the measures implemented actually work.</w:t>
      </w:r>
    </w:p>
    <w:p w14:paraId="2F281C4C" w14:textId="77777777" w:rsidR="00DB7443" w:rsidRDefault="00451972">
      <w:r>
        <w:t>Has pedestrian traffic been separated from vehicle movement where appropriate? Have observations shown that the risk has changed? Have workers reported improvements or continuing concerns?</w:t>
      </w:r>
    </w:p>
    <w:p w14:paraId="30D260FC" w14:textId="77777777" w:rsidR="00DB7443" w:rsidRDefault="00451972">
      <w:r>
        <w:t>This is where the hierarchy of controls becomes important. Training and signs may play a useful role, but they don't automatically replace the need to consider engineering or other more effective measures.</w:t>
      </w:r>
    </w:p>
    <w:p w14:paraId="11DF6111" w14:textId="77777777" w:rsidR="00DB7443" w:rsidRDefault="00451972">
      <w:r>
        <w:t>A completed action isn't necessarily an effective control. That's one of the most valuable distinctions a committee can make.</w:t>
      </w:r>
    </w:p>
    <w:p w14:paraId="419B8186" w14:textId="77777777" w:rsidR="00DB7443" w:rsidRDefault="00451972">
      <w:r>
        <w:t>And it brings us to the practical part of today's webinar. What can you actually change?</w:t>
      </w:r>
    </w:p>
    <w:p w14:paraId="05C4BBF0" w14:textId="77777777" w:rsidR="00DB7443" w:rsidRDefault="00451972">
      <w:pPr>
        <w:pStyle w:val="Heading1"/>
      </w:pPr>
      <w:r>
        <w:lastRenderedPageBreak/>
        <w:t>PART 4  |  Seven practical changes that can transform your JHSC</w:t>
      </w:r>
    </w:p>
    <w:p w14:paraId="7F9E800A" w14:textId="77777777" w:rsidR="00DB7443" w:rsidRDefault="00451972">
      <w:pPr>
        <w:pStyle w:val="Heading2"/>
      </w:pPr>
      <w:r>
        <w:t>Slide 16  |  Seven changes. No major restructuring required.</w:t>
      </w:r>
    </w:p>
    <w:p w14:paraId="7EA2F305" w14:textId="77777777" w:rsidR="00DB7443" w:rsidRDefault="00451972">
      <w:r>
        <w:t>We've talked about what's going wrong and what the research suggests successful committees have in common.</w:t>
      </w:r>
    </w:p>
    <w:p w14:paraId="4C51FC87" w14:textId="77777777" w:rsidR="00DB7443" w:rsidRDefault="00451972">
      <w:r>
        <w:t>Now let's get practical. I'm going to recommend seven changes.</w:t>
      </w:r>
    </w:p>
    <w:p w14:paraId="0051AEAC" w14:textId="77777777" w:rsidR="00DB7443" w:rsidRDefault="00451972">
      <w:r>
        <w:t>Some you can introduce at your next committee meeting. Others may require agreement from your co-chair, safety manager or senior leadership.</w:t>
      </w:r>
    </w:p>
    <w:p w14:paraId="58A6B7FA" w14:textId="77777777" w:rsidR="00DB7443" w:rsidRDefault="00451972">
      <w:r>
        <w:t>You don't need to implement all seven immediately. In fact, I would encourage you to focus first on the ones that address your committee's biggest weaknesses.</w:t>
      </w:r>
    </w:p>
    <w:p w14:paraId="0EECD435" w14:textId="77777777" w:rsidR="00DB7443" w:rsidRDefault="00451972">
      <w:pPr>
        <w:pStyle w:val="Heading2"/>
      </w:pPr>
      <w:r>
        <w:t>Slide 17  |  Change 1: Redesign the meeting around risk and decisions</w:t>
      </w:r>
    </w:p>
    <w:p w14:paraId="2E95A3B6" w14:textId="77777777" w:rsidR="00DB7443" w:rsidRDefault="00451972">
      <w:r>
        <w:t>Start with the agenda.</w:t>
      </w:r>
    </w:p>
    <w:p w14:paraId="3DB64845" w14:textId="77777777" w:rsidR="00DB7443" w:rsidRDefault="00451972">
      <w:r>
        <w:t>Instead of building your meeting around reports and administrative items, organize the substantive discussion around three questions.</w:t>
      </w:r>
    </w:p>
    <w:p w14:paraId="14FF6007" w14:textId="77777777" w:rsidR="00DB7443" w:rsidRDefault="00451972">
      <w:r>
        <w:t>What are our most significant unresolved risks? What decisions or recommendations are needed? What progress has been made since our last meeting?</w:t>
      </w:r>
    </w:p>
    <w:p w14:paraId="2413A1AB" w14:textId="77777777" w:rsidR="00DB7443" w:rsidRDefault="00451972">
      <w:r>
        <w:t>You can still meet all the applicable requirements for agendas, minutes and committee activities. But you can make better use of the time.</w:t>
      </w:r>
    </w:p>
    <w:p w14:paraId="202DEEA5" w14:textId="77777777" w:rsidR="00DB7443" w:rsidRDefault="00451972">
      <w:r>
        <w:t>For example, circulate routine reports in advance where practicable. Give members the opportunity to review the information before the meeting.</w:t>
      </w:r>
    </w:p>
    <w:p w14:paraId="1D28FB66" w14:textId="77777777" w:rsidR="00DB7443" w:rsidRDefault="00451972">
      <w:r>
        <w:t>Then spend more meeting time on significant hazards and difficult outstanding issues.</w:t>
      </w:r>
    </w:p>
    <w:p w14:paraId="48412829" w14:textId="77777777" w:rsidR="00DB7443" w:rsidRDefault="00451972">
      <w:r>
        <w:t>One simple change I'd recommend is putting overdue high-risk concerns near the beginning of the agenda. Don't leave them until the final five minutes.</w:t>
      </w:r>
    </w:p>
    <w:p w14:paraId="06AE77E7" w14:textId="77777777" w:rsidR="00DB7443" w:rsidRDefault="00451972">
      <w:r>
        <w:t>And where the committee has a formal recommendation awaiting a management response, make sure that's clearly identified.</w:t>
      </w:r>
    </w:p>
    <w:p w14:paraId="6E3A8593" w14:textId="77777777" w:rsidR="00DB7443" w:rsidRDefault="00451972">
      <w:pPr>
        <w:pStyle w:val="Heading2"/>
      </w:pPr>
      <w:r>
        <w:t>Slide 18  |  Change 2: Prioritize significant risks</w:t>
      </w:r>
    </w:p>
    <w:p w14:paraId="56233C22" w14:textId="77777777" w:rsidR="00DB7443" w:rsidRDefault="00451972">
      <w:r>
        <w:t>Second, improve how risks are prioritized. Not every concern has the same potential consequences.</w:t>
      </w:r>
    </w:p>
    <w:p w14:paraId="20C6B534" w14:textId="77777777" w:rsidR="00DB7443" w:rsidRDefault="00451972">
      <w:r>
        <w:t>A damaged chair and an uncontrolled exposure to hazardous machinery both deserve attention, but they don't necessarily warrant the same response.</w:t>
      </w:r>
    </w:p>
    <w:p w14:paraId="02223EFF" w14:textId="77777777" w:rsidR="00DB7443" w:rsidRDefault="00451972">
      <w:r>
        <w:t>Committees should consider severity, likelihood, exposure and effectiveness of existing controls, alongside applicable legal requirements.</w:t>
      </w:r>
    </w:p>
    <w:p w14:paraId="76D76B77" w14:textId="77777777" w:rsidR="00DB7443" w:rsidRDefault="00451972">
      <w:r>
        <w:t>One caution here: don't allow a numerical risk score to become an excuse for delaying action.</w:t>
      </w:r>
    </w:p>
    <w:p w14:paraId="4142A23A" w14:textId="77777777" w:rsidR="00DB7443" w:rsidRDefault="00451972">
      <w:r>
        <w:t>A credible risk of a catastrophic outcome may require urgent attention even when the event is infrequent.</w:t>
      </w:r>
    </w:p>
    <w:p w14:paraId="34566E80" w14:textId="77777777" w:rsidR="00DB7443" w:rsidRDefault="00451972">
      <w:r>
        <w:t>And situations involving imminent danger require the applicable immediate reporting, response and work-refusal procedures, not a place on next month's meeting agenda.</w:t>
      </w:r>
    </w:p>
    <w:p w14:paraId="72D9FFC3" w14:textId="77777777" w:rsidR="00DB7443" w:rsidRDefault="00451972">
      <w:r>
        <w:lastRenderedPageBreak/>
        <w:t>What I'm recommending is a consistent process to help the committee distinguish priorities. When everything is labeled urgent, it's difficult to identify what genuinely needs immediate attention.</w:t>
      </w:r>
    </w:p>
    <w:p w14:paraId="3035BED2" w14:textId="77777777" w:rsidR="00DB7443" w:rsidRDefault="00451972">
      <w:pPr>
        <w:pStyle w:val="Heading2"/>
      </w:pPr>
      <w:r>
        <w:t>Slide 19  |  Change 3: Make better recommendations</w:t>
      </w:r>
    </w:p>
    <w:p w14:paraId="18E6562F" w14:textId="77777777" w:rsidR="00DB7443" w:rsidRDefault="00451972">
      <w:r>
        <w:t>Third, improve the quality of recommendations.</w:t>
      </w:r>
    </w:p>
    <w:p w14:paraId="5784FF05" w14:textId="77777777" w:rsidR="00DB7443" w:rsidRDefault="00451972">
      <w:r>
        <w:t>A weak recommendation might say: Management should improve forklift safety.</w:t>
      </w:r>
    </w:p>
    <w:p w14:paraId="24385AA1" w14:textId="77777777" w:rsidR="00DB7443" w:rsidRDefault="00451972">
      <w:r>
        <w:t>A stronger recommendation would identify the relevant work area, describe the exposure, provide supporting observations or incident information, and recommend an appropriate review or control measure.</w:t>
      </w:r>
    </w:p>
    <w:p w14:paraId="20F996FA" w14:textId="77777777" w:rsidR="00DB7443" w:rsidRDefault="00451972">
      <w:r>
        <w:t>For example: The committee recommends that management assess forklift-pedestrian interactions at the receiving dock, including vehicle routes, pedestrian access and opportunities for physical separation, and provide a written response identifying the control measures to be implemented.</w:t>
      </w:r>
    </w:p>
    <w:p w14:paraId="2221A90C" w14:textId="77777777" w:rsidR="00DB7443" w:rsidRDefault="00451972">
      <w:r>
        <w:t>That's much more useful.</w:t>
      </w:r>
    </w:p>
    <w:p w14:paraId="005EFBFE" w14:textId="77777777" w:rsidR="00DB7443" w:rsidRDefault="00451972">
      <w:r>
        <w:t>It gives management a defined issue to evaluate and allows the committee to follow the response.</w:t>
      </w:r>
    </w:p>
    <w:p w14:paraId="56F5EF74" w14:textId="77777777" w:rsidR="00DB7443" w:rsidRDefault="00451972">
      <w:r>
        <w:t>I'd encourage committees to use a consistent recommendation format containing the hazard, supporting evidence, potential consequences, proposed action and date submitted.</w:t>
      </w:r>
    </w:p>
    <w:p w14:paraId="33F0071D" w14:textId="77777777" w:rsidR="00DB7443" w:rsidRDefault="00451972">
      <w:r>
        <w:t>Remember that the legal form and procedure for committee recommendations can differ between jurisdictions. The objective is clarity, not paperwork for its own sake.</w:t>
      </w:r>
    </w:p>
    <w:p w14:paraId="1A4DC0D3" w14:textId="77777777" w:rsidR="00DB7443" w:rsidRDefault="00451972">
      <w:pPr>
        <w:pStyle w:val="Heading2"/>
      </w:pPr>
      <w:r>
        <w:t>Slide 20  |  Change 4: Build accountability into every action</w:t>
      </w:r>
    </w:p>
    <w:p w14:paraId="33EB1799" w14:textId="77777777" w:rsidR="00DB7443" w:rsidRDefault="00451972">
      <w:r>
        <w:t>Fourth, strengthen follow-through.</w:t>
      </w:r>
    </w:p>
    <w:p w14:paraId="5CF52438" w14:textId="77777777" w:rsidR="00DB7443" w:rsidRDefault="00451972">
      <w:r>
        <w:t>Every action should have a clear status, a responsible owner, an expected completion date and a method for confirming that it's been completed.</w:t>
      </w:r>
    </w:p>
    <w:p w14:paraId="437B57CD" w14:textId="77777777" w:rsidR="00DB7443" w:rsidRDefault="00451972">
      <w:r>
        <w:t>But I would take that one step further. Separate implementation from verification.</w:t>
      </w:r>
    </w:p>
    <w:p w14:paraId="6DE43D0B" w14:textId="77777777" w:rsidR="00DB7443" w:rsidRDefault="00451972">
      <w:r>
        <w:t>Management may report that a guard has been installed or a new procedure introduced. That's implementation.</w:t>
      </w:r>
    </w:p>
    <w:p w14:paraId="6806CC93" w14:textId="77777777" w:rsidR="00DB7443" w:rsidRDefault="00451972">
      <w:r>
        <w:t>Verification asks whether the new measure addresses the original risk. It could involve an inspection, observation, testing, a worker discussion or another appropriate assessment.</w:t>
      </w:r>
    </w:p>
    <w:p w14:paraId="67E30DB9" w14:textId="77777777" w:rsidR="00DB7443" w:rsidRDefault="00451972">
      <w:r>
        <w:t>I'd also recommend tracking the age of outstanding items.</w:t>
      </w:r>
    </w:p>
    <w:p w14:paraId="0C9268BF" w14:textId="77777777" w:rsidR="00DB7443" w:rsidRDefault="00451972">
      <w:r>
        <w:t>If an issue remains open for 60 or 90 days, don't automatically assume someone has failed. Some solutions legitimately take longer.</w:t>
      </w:r>
    </w:p>
    <w:p w14:paraId="67C9287F" w14:textId="77777777" w:rsidR="00DB7443" w:rsidRDefault="00451972">
      <w:r>
        <w:t>Instead, ask why it's still open, whether the timeframe remains appropriate and what controls are protecting workers in the meantime.</w:t>
      </w:r>
    </w:p>
    <w:p w14:paraId="2B238A6C" w14:textId="77777777" w:rsidR="00DB7443" w:rsidRDefault="00451972">
      <w:r>
        <w:t>The key is that an unresolved issue should never become invisible simply because it's old.</w:t>
      </w:r>
    </w:p>
    <w:p w14:paraId="0D82157F" w14:textId="77777777" w:rsidR="00DB7443" w:rsidRDefault="00451972">
      <w:pPr>
        <w:pStyle w:val="Heading2"/>
      </w:pPr>
      <w:r>
        <w:t>Slide 21  |  Change 5: Upgrade your inspections</w:t>
      </w:r>
    </w:p>
    <w:p w14:paraId="527F6ED2" w14:textId="77777777" w:rsidR="00DB7443" w:rsidRDefault="00451972">
      <w:r>
        <w:t>Fifth, make inspections more useful.</w:t>
      </w:r>
    </w:p>
    <w:p w14:paraId="7DCB4547" w14:textId="77777777" w:rsidR="00DB7443" w:rsidRDefault="00451972">
      <w:r>
        <w:t>I'd encourage committees to vary their focus.</w:t>
      </w:r>
    </w:p>
    <w:p w14:paraId="7A2DB092" w14:textId="77777777" w:rsidR="00DB7443" w:rsidRDefault="00451972">
      <w:r>
        <w:lastRenderedPageBreak/>
        <w:t>One inspection might examine physical hazards. Another might look closely at manual handling. Another could consider vehicle-pedestrian interactions, chemical handling or work performed outside normal hours.</w:t>
      </w:r>
    </w:p>
    <w:p w14:paraId="45DBD3F0" w14:textId="77777777" w:rsidR="00DB7443" w:rsidRDefault="00451972">
      <w:r>
        <w:t>Of course, inspection schedules and participation must meet the applicable provincial, territorial or federal requirements.</w:t>
      </w:r>
    </w:p>
    <w:p w14:paraId="1D5E849E" w14:textId="77777777" w:rsidR="00DB7443" w:rsidRDefault="00451972">
      <w:r>
        <w:t>But within those requirements, you can often make the inspection process much more informative.</w:t>
      </w:r>
    </w:p>
    <w:p w14:paraId="4E12607D" w14:textId="77777777" w:rsidR="00DB7443" w:rsidRDefault="00451972">
      <w:r>
        <w:t>And don't limit yourself to what you can see. Ask workers about the tasks they find difficult. Ask what has changed. Ask which problems they have learned to work around.</w:t>
      </w:r>
    </w:p>
    <w:p w14:paraId="320C7301" w14:textId="77777777" w:rsidR="00DB7443" w:rsidRDefault="00451972">
      <w:r>
        <w:t>That last question is particularly revealing.</w:t>
      </w:r>
    </w:p>
    <w:p w14:paraId="22A4ADCE" w14:textId="77777777" w:rsidR="00DB7443" w:rsidRDefault="00451972">
      <w:r>
        <w:t>When workers have developed informal workarounds, it may indicate that the official procedure no longer reflects how the job is actually being performed. That deserves attention.</w:t>
      </w:r>
    </w:p>
    <w:p w14:paraId="22AC7368" w14:textId="77777777" w:rsidR="00DB7443" w:rsidRDefault="00451972">
      <w:pPr>
        <w:pStyle w:val="Heading2"/>
      </w:pPr>
      <w:r>
        <w:t>Slide 22  |  Change 6: Close the communication loop</w:t>
      </w:r>
    </w:p>
    <w:p w14:paraId="4CD41FC4" w14:textId="77777777" w:rsidR="00DB7443" w:rsidRDefault="00451972">
      <w:r>
        <w:t>Sixth, communicate outcomes. This is one of the simplest improvements a committee can make.</w:t>
      </w:r>
    </w:p>
    <w:p w14:paraId="00D38AE2" w14:textId="77777777" w:rsidR="00DB7443" w:rsidRDefault="00451972">
      <w:r>
        <w:t>When someone raises a concern, they should receive appropriate acknowledgment and information about its status.</w:t>
      </w:r>
    </w:p>
    <w:p w14:paraId="4E83AA10" w14:textId="77777777" w:rsidR="00DB7443" w:rsidRDefault="00451972">
      <w:r>
        <w:t>If a control is implemented, communicate that. If further assessment is needed, explain the process. If management selects a different solution from the one recommended, communicate the reasoning as appropriate.</w:t>
      </w:r>
    </w:p>
    <w:p w14:paraId="2C1FF6DD" w14:textId="77777777" w:rsidR="00DB7443" w:rsidRDefault="00451972">
      <w:r>
        <w:t>There may be confidentiality considerations, especially when issues involve personal health information or sensitive workplace complaints.</w:t>
      </w:r>
    </w:p>
    <w:p w14:paraId="614E536D" w14:textId="77777777" w:rsidR="00DB7443" w:rsidRDefault="00451972">
      <w:r>
        <w:t>But confidentiality shouldn't become a general excuse for failing to communicate safety improvements.</w:t>
      </w:r>
    </w:p>
    <w:p w14:paraId="14E35FF5" w14:textId="77777777" w:rsidR="00DB7443" w:rsidRDefault="00451972">
      <w:r>
        <w:t>I'd encourage committees to adopt a straightforward practice: At least once a month, identify two or three meaningful issues that have been resolved or advanced and explain the outcome to workers.</w:t>
      </w:r>
    </w:p>
    <w:p w14:paraId="71E4E7EF" w14:textId="77777777" w:rsidR="00DB7443" w:rsidRDefault="00451972">
      <w:r>
        <w:t>That does something important. It makes the committee's contribution visible.</w:t>
      </w:r>
    </w:p>
    <w:p w14:paraId="75A2A2EC" w14:textId="77777777" w:rsidR="00DB7443" w:rsidRDefault="00451972">
      <w:pPr>
        <w:pStyle w:val="Heading2"/>
      </w:pPr>
      <w:r>
        <w:t>Slide 23  |  Change 7: Evaluate effectiveness, not just compliance</w:t>
      </w:r>
    </w:p>
    <w:p w14:paraId="7B513589" w14:textId="77777777" w:rsidR="00DB7443" w:rsidRDefault="00451972">
      <w:r>
        <w:t>And seventh, conduct a meaningful effectiveness review.</w:t>
      </w:r>
    </w:p>
    <w:p w14:paraId="757FC812" w14:textId="77777777" w:rsidR="00DB7443" w:rsidRDefault="00451972">
      <w:r>
        <w:t>This is particularly important in British Columbia, where section 3.26 of the Occupational Health and Safety Regulation requires an annual written evaluation of joint committee effectiveness, subject to the regulatory provisions.</w:t>
      </w:r>
    </w:p>
    <w:p w14:paraId="422B4BC2" w14:textId="77777777" w:rsidR="00DB7443" w:rsidRDefault="00451972">
      <w:r>
        <w:t>WorkSafeBC provides an evaluation tool that addresses both statutory compliance and committee effectiveness in fulfilling its role.</w:t>
      </w:r>
    </w:p>
    <w:p w14:paraId="120616A3" w14:textId="77777777" w:rsidR="00DB7443" w:rsidRDefault="00451972">
      <w:r>
        <w:t>Even where an identical annual evaluation requirement doesn't apply, the management practice is worth considering.</w:t>
      </w:r>
    </w:p>
    <w:p w14:paraId="0E9F37CB" w14:textId="77777777" w:rsidR="00DB7443" w:rsidRDefault="00451972">
      <w:r>
        <w:t>Ask whether the committee has a clear mandate. Are members adequately trained? Are worker concerns being heard? Are formal recommendations receiving appropriate responses? Are significant hazards being addressed? And what should the committee do differently next year?</w:t>
      </w:r>
    </w:p>
    <w:p w14:paraId="0D2C32A7" w14:textId="77777777" w:rsidR="00DB7443" w:rsidRDefault="00451972">
      <w:r>
        <w:lastRenderedPageBreak/>
        <w:t>One suggestion I particularly like is to have worker and employer representatives complete parts of the assessment independently before discussing the results.</w:t>
      </w:r>
    </w:p>
    <w:p w14:paraId="739FE437" w14:textId="77777777" w:rsidR="00DB7443" w:rsidRDefault="00451972">
      <w:r>
        <w:t>If management believes the committee is highly effective but worker representatives disagree, that's useful information. The differences can tell you where deeper discussion is needed.</w:t>
      </w:r>
    </w:p>
    <w:p w14:paraId="580310FC" w14:textId="77777777" w:rsidR="00DB7443" w:rsidRDefault="00451972">
      <w:pPr>
        <w:pStyle w:val="Heading2"/>
      </w:pPr>
      <w:r>
        <w:t>Slide 24  |  Audience decision exercise</w:t>
      </w:r>
    </w:p>
    <w:p w14:paraId="08AF68E5" w14:textId="77777777" w:rsidR="00DB7443" w:rsidRDefault="00451972">
      <w:r>
        <w:rPr>
          <w:b/>
          <w:color w:val="13627A"/>
        </w:rPr>
        <w:t>AUDIENCE POLL  |  A committee recommends an engineering control, but management proposes refresher training instead. What should it do next?</w:t>
      </w:r>
    </w:p>
    <w:p w14:paraId="4C57C865" w14:textId="77777777" w:rsidR="00DB7443" w:rsidRDefault="00451972">
      <w:r>
        <w:t>A. Accept training because management has made its decision.</w:t>
      </w:r>
    </w:p>
    <w:p w14:paraId="5EAFB52A" w14:textId="77777777" w:rsidR="00DB7443" w:rsidRDefault="00451972">
      <w:r>
        <w:t>B. Implement the engineering control using the committee’s own authority.</w:t>
      </w:r>
    </w:p>
    <w:p w14:paraId="15C5EA5F" w14:textId="77777777" w:rsidR="00DB7443" w:rsidRDefault="00451972">
      <w:r>
        <w:t>C. Request a documented assessment of the risk, proposed controls and rationale, then follow appropriate recommendation and escalation procedures.</w:t>
      </w:r>
    </w:p>
    <w:p w14:paraId="64BCF761" w14:textId="77777777" w:rsidR="00DB7443" w:rsidRDefault="00451972">
      <w:r>
        <w:t>D. Remove the issue because management has responded.</w:t>
      </w:r>
    </w:p>
    <w:p w14:paraId="406B3F45" w14:textId="77777777" w:rsidR="00DB7443" w:rsidRDefault="00451972">
      <w:r>
        <w:t>Let's apply what we've discussed. I'll give everyone a moment to consider the options. [Pause for responses.]</w:t>
      </w:r>
    </w:p>
    <w:p w14:paraId="6D671DA5" w14:textId="77777777" w:rsidR="00DB7443" w:rsidRDefault="00451972">
      <w:r>
        <w:t>My preferred answer is C. And I want to explain why.</w:t>
      </w:r>
    </w:p>
    <w:p w14:paraId="27E92C24" w14:textId="77777777" w:rsidR="00DB7443" w:rsidRDefault="00451972">
      <w:r>
        <w:t>The committee should understand why the recommendation was rejected and whether the alternative control adequately addresses the risk.</w:t>
      </w:r>
    </w:p>
    <w:p w14:paraId="374F3BD1" w14:textId="77777777" w:rsidR="00DB7443" w:rsidRDefault="00451972">
      <w:r>
        <w:t>It shouldn't assume training is sufficient simply because it's less expensive. But it also shouldn't assume every proposed engineering measure is automatically the only acceptable solution.</w:t>
      </w:r>
    </w:p>
    <w:p w14:paraId="75B6997D" w14:textId="77777777" w:rsidR="00DB7443" w:rsidRDefault="00451972">
      <w:r>
        <w:t>What matters is the actual hazard, legal requirements, hierarchy of controls and whether selected controls are effective.</w:t>
      </w:r>
    </w:p>
    <w:p w14:paraId="792B4512" w14:textId="77777777" w:rsidR="00DB7443" w:rsidRDefault="00451972">
      <w:r>
        <w:t>The committee should follow applicable processes for recommendations, responses and escalation.</w:t>
      </w:r>
    </w:p>
    <w:p w14:paraId="0C05BCB4" w14:textId="77777777" w:rsidR="00DB7443" w:rsidRDefault="00451972">
      <w:r>
        <w:t>And if workers face an immediate danger, that requires an immediate response under relevant procedures and legislation.</w:t>
      </w:r>
    </w:p>
    <w:p w14:paraId="5324EDED" w14:textId="77777777" w:rsidR="00DB7443" w:rsidRDefault="00451972">
      <w:r>
        <w:t>This is the difference between a committee that simply expresses disagreement and one that brings evidence and accountability into decision-making.</w:t>
      </w:r>
    </w:p>
    <w:p w14:paraId="4AC88134" w14:textId="77777777" w:rsidR="00DB7443" w:rsidRDefault="00451972">
      <w:pPr>
        <w:pStyle w:val="Heading1"/>
      </w:pPr>
      <w:r>
        <w:t>PART 5  |  How to measure whether your committee is actually effective</w:t>
      </w:r>
    </w:p>
    <w:p w14:paraId="7DC7CA54" w14:textId="77777777" w:rsidR="00DB7443" w:rsidRDefault="00451972">
      <w:pPr>
        <w:pStyle w:val="Heading2"/>
      </w:pPr>
      <w:r>
        <w:t>Slide 25  |  Are you measuring the wrong things?</w:t>
      </w:r>
    </w:p>
    <w:p w14:paraId="74A9FA10" w14:textId="77777777" w:rsidR="00DB7443" w:rsidRDefault="00451972">
      <w:r>
        <w:t>Let's talk about measurement.</w:t>
      </w:r>
    </w:p>
    <w:p w14:paraId="37EB3A43" w14:textId="77777777" w:rsidR="00DB7443" w:rsidRDefault="00451972">
      <w:r>
        <w:t>Imagine someone asks your committee to demonstrate what it accomplished over the past 12 months. What would you show them?</w:t>
      </w:r>
    </w:p>
    <w:p w14:paraId="5626FF52" w14:textId="77777777" w:rsidR="00DB7443" w:rsidRDefault="00451972">
      <w:r>
        <w:t>You might show that 12 meetings took place, all required inspections were completed and 75 hazards were documented. That's useful administrative information.</w:t>
      </w:r>
    </w:p>
    <w:p w14:paraId="311DC49B" w14:textId="77777777" w:rsidR="00DB7443" w:rsidRDefault="00451972">
      <w:r>
        <w:t>But it doesn't tell us whether important risks were reduced.</w:t>
      </w:r>
    </w:p>
    <w:p w14:paraId="5E0C43A7" w14:textId="77777777" w:rsidR="00DB7443" w:rsidRDefault="00451972">
      <w:r>
        <w:lastRenderedPageBreak/>
        <w:t>Now imagine that you could also demonstrate that significant recommendations received timely management responses, overdue high-risk concerns were escalated, and corrective actions were verified as effective.</w:t>
      </w:r>
    </w:p>
    <w:p w14:paraId="178C333D" w14:textId="77777777" w:rsidR="00DB7443" w:rsidRDefault="00451972">
      <w:r>
        <w:t>That's a much stronger picture of committee performance. We need both types of information.</w:t>
      </w:r>
    </w:p>
    <w:p w14:paraId="78966F44" w14:textId="77777777" w:rsidR="00DB7443" w:rsidRDefault="00451972">
      <w:r>
        <w:t>Compliance and activity measures tell us whether required processes are taking place. Effectiveness measures help us understand whether those processes are contributing to meaningful improvements.</w:t>
      </w:r>
    </w:p>
    <w:p w14:paraId="3E37882D" w14:textId="77777777" w:rsidR="00DB7443" w:rsidRDefault="00451972">
      <w:pPr>
        <w:pStyle w:val="Heading2"/>
      </w:pPr>
      <w:r>
        <w:t>Slide 26  |  Six indicators worth tracking</w:t>
      </w:r>
    </w:p>
    <w:p w14:paraId="73700594" w14:textId="77777777" w:rsidR="00DB7443" w:rsidRDefault="00451972">
      <w:r>
        <w:t>I'd suggest starting with six measures.</w:t>
      </w:r>
    </w:p>
    <w:p w14:paraId="2B92F9CD" w14:textId="77777777" w:rsidR="00DB7443" w:rsidRDefault="00451972">
      <w:r>
        <w:t>First, management response timeliness. Are formal recommendations receiving responses within applicable legal deadlines and established processes?</w:t>
      </w:r>
    </w:p>
    <w:p w14:paraId="4085EAD7" w14:textId="77777777" w:rsidR="00DB7443" w:rsidRDefault="00451972">
      <w:r>
        <w:t>Second, overdue high-risk concerns. How many significant unresolved issues remain outstanding, and are interim controls in place?</w:t>
      </w:r>
    </w:p>
    <w:p w14:paraId="6C8F0AE0" w14:textId="77777777" w:rsidR="00DB7443" w:rsidRDefault="00451972">
      <w:r>
        <w:t>Third, corrective action completion. Are agreed actions being implemented by appropriate deadlines?</w:t>
      </w:r>
    </w:p>
    <w:p w14:paraId="46A12C3C" w14:textId="77777777" w:rsidR="00DB7443" w:rsidRDefault="00451972">
      <w:r>
        <w:t>Fourth, control verification. How many completed actions have been assessed to determine whether they actually addressed the identified hazard?</w:t>
      </w:r>
    </w:p>
    <w:p w14:paraId="302AD330" w14:textId="77777777" w:rsidR="00DB7443" w:rsidRDefault="00451972">
      <w:r>
        <w:t>Fifth, repeat findings. Are the same hazards appearing repeatedly after supposedly being resolved?</w:t>
      </w:r>
    </w:p>
    <w:p w14:paraId="75F4A6A9" w14:textId="77777777" w:rsidR="00DB7443" w:rsidRDefault="00451972">
      <w:r>
        <w:t>And sixth, worker engagement. Are workers raising concerns, receiving feedback and demonstrating confidence in the reporting process?</w:t>
      </w:r>
    </w:p>
    <w:p w14:paraId="45AA9383" w14:textId="77777777" w:rsidR="00DB7443" w:rsidRDefault="00451972">
      <w:r>
        <w:t>That final measure requires careful interpretation. An increase in reported concerns doesn't necessarily mean the workplace has become less safe. It may mean employees are more comfortable speaking up.</w:t>
      </w:r>
    </w:p>
    <w:p w14:paraId="3BE9D4A5" w14:textId="77777777" w:rsidR="00DB7443" w:rsidRDefault="00451972">
      <w:r>
        <w:t>Similarly, fewer reports don't automatically mean performance has improved. You need to examine the context.</w:t>
      </w:r>
    </w:p>
    <w:p w14:paraId="148F7F6F" w14:textId="77777777" w:rsidR="00DB7443" w:rsidRDefault="00451972">
      <w:r>
        <w:t>I also wouldn't recommend measuring effectiveness solely by the injury rate.</w:t>
      </w:r>
    </w:p>
    <w:p w14:paraId="60186F5B" w14:textId="77777777" w:rsidR="00DB7443" w:rsidRDefault="00451972">
      <w:r>
        <w:t>Injuries and illnesses are important outcomes, but they're influenced by many factors outside the committee's direct control. And a workplace can experience a period without a serious incident while still having significant uncontrolled risks.</w:t>
      </w:r>
    </w:p>
    <w:p w14:paraId="2474F271" w14:textId="77777777" w:rsidR="00DB7443" w:rsidRDefault="00451972">
      <w:pPr>
        <w:pStyle w:val="Heading2"/>
      </w:pPr>
      <w:r>
        <w:t>Slide 27  |  What a useful JHSC dashboard looks like</w:t>
      </w:r>
    </w:p>
    <w:p w14:paraId="3585A09C" w14:textId="77777777" w:rsidR="00DB7443" w:rsidRDefault="00451972">
      <w:r>
        <w:t>Let me describe a straightforward monthly scorecard.</w:t>
      </w:r>
    </w:p>
    <w:p w14:paraId="626F460E" w14:textId="77777777" w:rsidR="00DB7443" w:rsidRDefault="00451972">
      <w:r>
        <w:t>You have a small set of indicators, each with a current result, a trend and a person responsible for follow-up.</w:t>
      </w:r>
    </w:p>
    <w:p w14:paraId="61DF6891" w14:textId="77777777" w:rsidR="00DB7443" w:rsidRDefault="00451972">
      <w:r>
        <w:t>Perhaps your dashboard shows that 92% of corrective actions were completed on time. That sounds positive.</w:t>
      </w:r>
    </w:p>
    <w:p w14:paraId="52BB6894" w14:textId="77777777" w:rsidR="00DB7443" w:rsidRDefault="00451972">
      <w:r>
        <w:t>But the same dashboard shows three high-risk items are overdue and only half the completed controls have been verified. That changes the conversation.</w:t>
      </w:r>
    </w:p>
    <w:p w14:paraId="7AA7D0CD" w14:textId="77777777" w:rsidR="00DB7443" w:rsidRDefault="00451972">
      <w:r>
        <w:t>Now the committee can ask why high-risk items remain outstanding and what evidence is needed to determine whether completed actions are working.</w:t>
      </w:r>
    </w:p>
    <w:p w14:paraId="13023CEA" w14:textId="77777777" w:rsidR="00DB7443" w:rsidRDefault="00451972">
      <w:r>
        <w:lastRenderedPageBreak/>
        <w:t>This is why I prefer a small number of meaningful indicators over a long report full of statistics that nobody uses.</w:t>
      </w:r>
    </w:p>
    <w:p w14:paraId="57E79AF9" w14:textId="77777777" w:rsidR="00DB7443" w:rsidRDefault="00451972">
      <w:r>
        <w:t>And I'd be cautious about applying arbitrary targets.</w:t>
      </w:r>
    </w:p>
    <w:p w14:paraId="6B31249C" w14:textId="77777777" w:rsidR="00DB7443" w:rsidRDefault="00451972">
      <w:r>
        <w:t>Zero overdue high-risk actions is an appropriate improvement aspiration, but actual response times and priorities should reflect seriousness of risks, required legal timelines and nature of controls.</w:t>
      </w:r>
    </w:p>
    <w:p w14:paraId="575672ED" w14:textId="77777777" w:rsidR="00DB7443" w:rsidRDefault="00451972">
      <w:r>
        <w:t>The point is to support better decisions, not create another reporting burden.</w:t>
      </w:r>
    </w:p>
    <w:p w14:paraId="2A83CA7C" w14:textId="77777777" w:rsidR="00DB7443" w:rsidRDefault="00451972">
      <w:pPr>
        <w:pStyle w:val="Heading2"/>
      </w:pPr>
      <w:r>
        <w:t>Slide 28  |  The question every committee should be able to answer</w:t>
      </w:r>
    </w:p>
    <w:p w14:paraId="1CFBCF77" w14:textId="77777777" w:rsidR="00DB7443" w:rsidRDefault="00451972">
      <w:r>
        <w:t>Here's a simple exercise.</w:t>
      </w:r>
    </w:p>
    <w:p w14:paraId="0352C899" w14:textId="77777777" w:rsidR="00DB7443" w:rsidRDefault="00451972">
      <w:r>
        <w:t>At the end of each quarter, ask your committee: What are the three most significant workplace safety improvements we helped bring about?</w:t>
      </w:r>
    </w:p>
    <w:p w14:paraId="19E64A2F" w14:textId="77777777" w:rsidR="00DB7443" w:rsidRDefault="00451972">
      <w:r>
        <w:t>Not the three longest discussions. Not the three most detailed inspection reports. The three most significant improvements.</w:t>
      </w:r>
    </w:p>
    <w:p w14:paraId="32B8B42F" w14:textId="77777777" w:rsidR="00DB7443" w:rsidRDefault="00451972">
      <w:r>
        <w:t>What was the original risk? What did the committee contribute? What did management do? And how do we know the result improved safety?</w:t>
      </w:r>
    </w:p>
    <w:p w14:paraId="72E54803" w14:textId="77777777" w:rsidR="00DB7443" w:rsidRDefault="00451972">
      <w:r>
        <w:t>You may discover that some of your most valuable contributions aren't especially dramatic.</w:t>
      </w:r>
    </w:p>
    <w:p w14:paraId="61088C3B" w14:textId="77777777" w:rsidR="00DB7443" w:rsidRDefault="00451972">
      <w:r>
        <w:t>An improved maintenance procedure. Better communication around a chemical hazard. A change to vehicle routes. An ergonomic improvement that reduces unnecessary exposure.</w:t>
      </w:r>
    </w:p>
    <w:p w14:paraId="1FF89811" w14:textId="77777777" w:rsidR="00DB7443" w:rsidRDefault="00451972">
      <w:r>
        <w:t>Those outcomes matter. Over time, they also help build credibility with workers and management. And credibility is one of the foundations of an effective committee.</w:t>
      </w:r>
    </w:p>
    <w:p w14:paraId="1EEE757B" w14:textId="77777777" w:rsidR="00DB7443" w:rsidRDefault="00451972">
      <w:pPr>
        <w:pStyle w:val="Heading1"/>
      </w:pPr>
      <w:r>
        <w:t>PART 6  |  Your next 30 days</w:t>
      </w:r>
    </w:p>
    <w:p w14:paraId="3805CB2B" w14:textId="77777777" w:rsidR="00DB7443" w:rsidRDefault="00451972">
      <w:pPr>
        <w:pStyle w:val="Heading2"/>
      </w:pPr>
      <w:r>
        <w:t>Slide 29  |  Five changes to make in the next 30 days</w:t>
      </w:r>
    </w:p>
    <w:p w14:paraId="514FF3FB" w14:textId="77777777" w:rsidR="00DB7443" w:rsidRDefault="00451972">
      <w:r>
        <w:t>We've covered quite a bit today, and I don't want you to leave feeling that you need to completely redesign your committee. You probably don't.</w:t>
      </w:r>
    </w:p>
    <w:p w14:paraId="034FC957" w14:textId="77777777" w:rsidR="00DB7443" w:rsidRDefault="00451972">
      <w:r>
        <w:t>In many cases, a few targeted changes can make a meaningful difference.</w:t>
      </w:r>
    </w:p>
    <w:p w14:paraId="26EBCA53" w14:textId="77777777" w:rsidR="00DB7443" w:rsidRDefault="00451972">
      <w:r>
        <w:t>So let me suggest five things you can do over the next 30 days.</w:t>
      </w:r>
    </w:p>
    <w:p w14:paraId="3EBDA314" w14:textId="77777777" w:rsidR="00DB7443" w:rsidRDefault="00451972">
      <w:r>
        <w:t>First, review your outstanding actions. Look at the last three months of minutes. Identify recurring concerns, overdue recommendations and issues without clear ownership. Pay particular attention to significant risks that have remained unresolved.</w:t>
      </w:r>
    </w:p>
    <w:p w14:paraId="0C260757" w14:textId="77777777" w:rsidR="00DB7443" w:rsidRDefault="00451972">
      <w:r>
        <w:t>Second, talk to your worker representatives. Ask them what's working, what's frustrating and whether employees are bringing concerns forward. And listen carefully to their answers. You may find that the biggest issues aren't the ones appearing in your meeting minutes.</w:t>
      </w:r>
    </w:p>
    <w:p w14:paraId="29F45C9D" w14:textId="77777777" w:rsidR="00DB7443" w:rsidRDefault="00451972">
      <w:r>
        <w:t>Third, review your next meeting agenda. Make sure significant risks and outstanding decisions receive adequate attention. Don't allow the administrative parts of the meeting to consume all the available time.</w:t>
      </w:r>
    </w:p>
    <w:p w14:paraId="1E91BBDE" w14:textId="77777777" w:rsidR="00DB7443" w:rsidRDefault="00451972">
      <w:r>
        <w:t>Fourth, review how recommendations are handled. Can you determine when a formal recommendation was submitted, how management responded, what action was agreed upon and whether it was completed? If you can't easily answer those questions, that's an important process to improve.</w:t>
      </w:r>
    </w:p>
    <w:p w14:paraId="57E0FC67" w14:textId="77777777" w:rsidR="00DB7443" w:rsidRDefault="00451972">
      <w:r>
        <w:lastRenderedPageBreak/>
        <w:t>And fifth, establish a simple effectiveness baseline. Choose a few meaningful indicators and start tracking them. You don't need a sophisticated software system.</w:t>
      </w:r>
    </w:p>
    <w:p w14:paraId="6D3FE391" w14:textId="77777777" w:rsidR="00DB7443" w:rsidRDefault="00451972">
      <w:r>
        <w:t>A basic spreadsheet or action register may be enough, provided someone is maintaining it and the information is actually being used.</w:t>
      </w:r>
    </w:p>
    <w:p w14:paraId="470A1DF2" w14:textId="77777777" w:rsidR="00DB7443" w:rsidRDefault="00451972">
      <w:r>
        <w:t>The important thing is to begin measuring whether your committee's work is translating into meaningful improvements.</w:t>
      </w:r>
    </w:p>
    <w:p w14:paraId="6A2BB8E2" w14:textId="77777777" w:rsidR="00DB7443" w:rsidRDefault="00451972">
      <w:pPr>
        <w:pStyle w:val="Heading2"/>
      </w:pPr>
      <w:r>
        <w:t>Slide 30  |  The JHSC effectiveness challenge</w:t>
      </w:r>
    </w:p>
    <w:p w14:paraId="2A60AC7D" w14:textId="77777777" w:rsidR="00DB7443" w:rsidRDefault="00451972">
      <w:r>
        <w:t>Now, I'd like you to consider one final question.</w:t>
      </w:r>
    </w:p>
    <w:p w14:paraId="59C610F3" w14:textId="77777777" w:rsidR="00DB7443" w:rsidRDefault="00451972">
      <w:r>
        <w:t>If your committee could make only one improvement over the next 30 days, what would have the greatest impact?</w:t>
      </w:r>
    </w:p>
    <w:p w14:paraId="1E851671" w14:textId="77777777" w:rsidR="00DB7443" w:rsidRDefault="00451972">
      <w:r>
        <w:t>Would it be better worker engagement? Stronger management responses? More effective inspections? Improved follow-through? Or a clearer understanding of roles and responsibilities?</w:t>
      </w:r>
    </w:p>
    <w:p w14:paraId="72BAB08F" w14:textId="77777777" w:rsidR="00DB7443" w:rsidRDefault="00451972">
      <w:r>
        <w:t>There's no universal answer. The best starting point depends on what is limiting your committee today.</w:t>
      </w:r>
    </w:p>
    <w:p w14:paraId="7F145109" w14:textId="77777777" w:rsidR="00DB7443" w:rsidRDefault="00451972">
      <w:r>
        <w:t>What I would encourage you to avoid is trying to solve every problem by introducing more paperwork.</w:t>
      </w:r>
    </w:p>
    <w:p w14:paraId="4975C679" w14:textId="77777777" w:rsidR="00DB7443" w:rsidRDefault="00451972">
      <w:r>
        <w:t>Better safety performance doesn't necessarily require a longer meeting, another checklist or a more complicated process.</w:t>
      </w:r>
    </w:p>
    <w:p w14:paraId="464BE1B4" w14:textId="77777777" w:rsidR="00DB7443" w:rsidRDefault="00451972">
      <w:r>
        <w:t>Sometimes it comes from asking better questions, making clearer recommendations and consistently following through.</w:t>
      </w:r>
    </w:p>
    <w:p w14:paraId="681E96BF" w14:textId="77777777" w:rsidR="00DB7443" w:rsidRDefault="00451972">
      <w:pPr>
        <w:pStyle w:val="Heading2"/>
      </w:pPr>
      <w:r>
        <w:t>Slide 31  |  Your JHSC effectiveness toolkit</w:t>
      </w:r>
    </w:p>
    <w:p w14:paraId="788A0DDA" w14:textId="77777777" w:rsidR="00DB7443" w:rsidRDefault="00451972">
      <w:r>
        <w:t>We've also put together a practical set of resources to help you apply what we've discussed.</w:t>
      </w:r>
    </w:p>
    <w:p w14:paraId="634256AF" w14:textId="77777777" w:rsidR="00DB7443" w:rsidRDefault="00451972">
      <w:r>
        <w:t>The toolkit includes a committee effectiveness self-assessment, a checklist of common warning signs, a recommendation and action-tracking template, and a 30-day improvement plan.</w:t>
      </w:r>
    </w:p>
    <w:p w14:paraId="03046666" w14:textId="77777777" w:rsidR="00DB7443" w:rsidRDefault="00451972">
      <w:r>
        <w:t>These tools are intended to help you identify improvement opportunities and organize your follow-up.</w:t>
      </w:r>
    </w:p>
    <w:p w14:paraId="5AD8FCF8" w14:textId="77777777" w:rsidR="00DB7443" w:rsidRDefault="00451972">
      <w:r>
        <w:t>They don't replace your jurisdiction's legal requirements, and they aren't a substitute for a formal evaluation where one is required.</w:t>
      </w:r>
    </w:p>
    <w:p w14:paraId="516D8C7D" w14:textId="77777777" w:rsidR="00DB7443" w:rsidRDefault="00451972">
      <w:r>
        <w:t>But they can provide a useful starting point for a more meaningful committee discussion.</w:t>
      </w:r>
    </w:p>
    <w:p w14:paraId="72B37272" w14:textId="77777777" w:rsidR="00DB7443" w:rsidRDefault="00451972">
      <w:r>
        <w:t>I'd encourage you to complete the assessment with both worker and employer representatives.</w:t>
      </w:r>
    </w:p>
    <w:p w14:paraId="693A73DA" w14:textId="77777777" w:rsidR="00DB7443" w:rsidRDefault="00451972">
      <w:r>
        <w:t>The conversation you have about the results may be just as valuable as the score itself.</w:t>
      </w:r>
    </w:p>
    <w:p w14:paraId="027B5687" w14:textId="77777777" w:rsidR="00DB7443" w:rsidRDefault="00451972">
      <w:pPr>
        <w:pStyle w:val="Heading1"/>
      </w:pPr>
      <w:r>
        <w:t>PART 7  |  Closing remarks and audience questions</w:t>
      </w:r>
    </w:p>
    <w:p w14:paraId="05FECDA4" w14:textId="77777777" w:rsidR="00DB7443" w:rsidRDefault="00451972">
      <w:pPr>
        <w:pStyle w:val="Heading2"/>
      </w:pPr>
      <w:r>
        <w:t>Slide 32  |  Stop measuring meetings. Start measuring improvements.</w:t>
      </w:r>
    </w:p>
    <w:p w14:paraId="1B23B32B" w14:textId="77777777" w:rsidR="00DB7443" w:rsidRDefault="00451972">
      <w:r>
        <w:t>As we wrap up, I want to return to the question we started with.</w:t>
      </w:r>
    </w:p>
    <w:p w14:paraId="439D4100" w14:textId="77777777" w:rsidR="00DB7443" w:rsidRDefault="00451972">
      <w:r>
        <w:t>What actually changes in your workplace because your JHSC exists?</w:t>
      </w:r>
    </w:p>
    <w:p w14:paraId="02D388AD" w14:textId="77777777" w:rsidR="00DB7443" w:rsidRDefault="00451972">
      <w:r>
        <w:t>It's a simple question, but I think it's one of the most important questions we can ask.</w:t>
      </w:r>
    </w:p>
    <w:p w14:paraId="082F0900" w14:textId="77777777" w:rsidR="00DB7443" w:rsidRDefault="00451972">
      <w:r>
        <w:lastRenderedPageBreak/>
        <w:t>A JHSC isn't supposed to replace management's responsibility for health and safety. It isn't there to take over the supervisor's job. And it isn't there simply to demonstrate that the employer has established a committee.</w:t>
      </w:r>
    </w:p>
    <w:p w14:paraId="0F7908AA" w14:textId="77777777" w:rsidR="00DB7443" w:rsidRDefault="00451972">
      <w:r>
        <w:t>Its value comes from meaningful worker and employer participation in identifying concerns, examining risks and improving workplace health and safety.</w:t>
      </w:r>
    </w:p>
    <w:p w14:paraId="314E2D0D" w14:textId="77777777" w:rsidR="00DB7443" w:rsidRDefault="00451972">
      <w:r>
        <w:t>A committee that identifies a problem and makes a sound recommendation is performing an important function.</w:t>
      </w:r>
    </w:p>
    <w:p w14:paraId="1F232B5F" w14:textId="77777777" w:rsidR="00DB7443" w:rsidRDefault="00451972">
      <w:r>
        <w:t>An employer that takes those concerns seriously, responds appropriately and implements effective controls is fulfilling another essential part of the process.</w:t>
      </w:r>
    </w:p>
    <w:p w14:paraId="23439CF7" w14:textId="77777777" w:rsidR="00DB7443" w:rsidRDefault="00451972">
      <w:r>
        <w:t>Both matter. And when those parts work together, the committee becomes much more than a meeting requirement.</w:t>
      </w:r>
    </w:p>
    <w:p w14:paraId="73E96976" w14:textId="77777777" w:rsidR="00DB7443" w:rsidRDefault="00451972">
      <w:r>
        <w:t>It becomes a valuable part of the organization's safety management system.</w:t>
      </w:r>
    </w:p>
    <w:p w14:paraId="5C7FBF20" w14:textId="77777777" w:rsidR="00DB7443" w:rsidRDefault="00451972">
      <w:r>
        <w:t>So here's the one idea I'd like you to remember.</w:t>
      </w:r>
    </w:p>
    <w:p w14:paraId="2BD41C66" w14:textId="77777777" w:rsidR="00DB7443" w:rsidRDefault="00451972">
      <w:r>
        <w:t>Don't judge your JHSC only by the work it documents. Judge its effectiveness by the quality of its participation, recommendations, follow-through and contribution to reducing workplace risks.</w:t>
      </w:r>
    </w:p>
    <w:p w14:paraId="03522C81" w14:textId="77777777" w:rsidR="00DB7443" w:rsidRDefault="00451972">
      <w:r>
        <w:t>If your committee can demonstrate those things, you're moving in the right direction.</w:t>
      </w:r>
    </w:p>
    <w:p w14:paraId="0282143A" w14:textId="77777777" w:rsidR="00DB7443" w:rsidRDefault="00451972">
      <w:r>
        <w:t>Thank you very much for joining us today. I hope you'll take at least one idea from this session and bring it to your next committee meeting.</w:t>
      </w:r>
    </w:p>
    <w:p w14:paraId="534EB3DD" w14:textId="77777777" w:rsidR="00DB7443" w:rsidRDefault="00451972">
      <w:r>
        <w:t>And with that, let's get into your questions.</w:t>
      </w:r>
    </w:p>
    <w:p w14:paraId="0D56F801" w14:textId="77777777" w:rsidR="00DB7443" w:rsidRDefault="00451972">
      <w:pPr>
        <w:pStyle w:val="Heading2"/>
      </w:pPr>
      <w:r>
        <w:t>Slide 33  |  Questions and answers</w:t>
      </w:r>
    </w:p>
    <w:p w14:paraId="5C74FE93" w14:textId="77777777" w:rsidR="00DB7443" w:rsidRDefault="00451972">
      <w:r>
        <w:t>Suggested questions to preload if audience participation is limited. Responses are designed for live delivery.</w:t>
      </w:r>
    </w:p>
    <w:p w14:paraId="0F5740CC" w14:textId="77777777" w:rsidR="00DB7443" w:rsidRDefault="00451972">
      <w:pPr>
        <w:pStyle w:val="Heading2"/>
      </w:pPr>
      <w:r>
        <w:t>Q1. What should a committee do when management continually ignores its recommendations?</w:t>
      </w:r>
    </w:p>
    <w:p w14:paraId="215D7B19" w14:textId="77777777" w:rsidR="00DB7443" w:rsidRDefault="00451972">
      <w:r>
        <w:t>Start by distinguishing an informal discussion from a formal recommendation under applicable legislation. Document the hazard, evidence, recommendation and management response or lack of response. Follow the required response and escalation procedures in your jurisdiction. Where a serious or immediate hazard exists, don’t wait for the next committee meeting. Use the applicable reporting and protective procedures.</w:t>
      </w:r>
    </w:p>
    <w:p w14:paraId="1A482F46" w14:textId="77777777" w:rsidR="00DB7443" w:rsidRDefault="00451972">
      <w:pPr>
        <w:pStyle w:val="Heading2"/>
      </w:pPr>
      <w:r>
        <w:t>Q2. Can a JHSC force an employer to implement a recommendation?</w:t>
      </w:r>
    </w:p>
    <w:p w14:paraId="5E4A44F4" w14:textId="77777777" w:rsidR="00DB7443" w:rsidRDefault="00451972">
      <w:r>
        <w:t>Generally, committees make recommendations rather than independently directing employer operations. However, statutory powers differ by jurisdiction, and certain committee members may have additional powers in specific circumstances. The committee should understand its legal authority, make defensible recommendations and follow the appropriate escalation process.</w:t>
      </w:r>
    </w:p>
    <w:p w14:paraId="62442B24" w14:textId="77777777" w:rsidR="00DB7443" w:rsidRDefault="00451972">
      <w:pPr>
        <w:pStyle w:val="Heading2"/>
      </w:pPr>
      <w:r>
        <w:t>Q3. How do we get employees more involved in our committee?</w:t>
      </w:r>
    </w:p>
    <w:p w14:paraId="6C37F07F" w14:textId="77777777" w:rsidR="00DB7443" w:rsidRDefault="00451972">
      <w:r>
        <w:t>Start by making the committee visible. Make sure employees know who represents them, how to report concerns and what happens afterward. Communicate actual outcomes. Employees are more likely to participate when they can see that their input is taken seriously and produces a meaningful response.</w:t>
      </w:r>
    </w:p>
    <w:p w14:paraId="391231F9" w14:textId="77777777" w:rsidR="00DB7443" w:rsidRDefault="00451972">
      <w:pPr>
        <w:pStyle w:val="Heading2"/>
      </w:pPr>
      <w:r>
        <w:lastRenderedPageBreak/>
        <w:t>Q4. What’s the best way to deal with committee members who rarely contribute?</w:t>
      </w:r>
    </w:p>
    <w:p w14:paraId="0A13DE6C" w14:textId="77777777" w:rsidR="00DB7443" w:rsidRDefault="00451972">
      <w:r>
        <w:t>First determine why participation is limited. It may be lack of training, uncertainty about responsibilities, insufficient preparation or a meeting environment where a few people dominate. Clarify expectations, provide appropriate training and create opportunities for all members to contribute. Consider whether members have the time and management support needed to perform their roles.</w:t>
      </w:r>
    </w:p>
    <w:p w14:paraId="37489B38" w14:textId="77777777" w:rsidR="00DB7443" w:rsidRDefault="00451972">
      <w:pPr>
        <w:pStyle w:val="Heading2"/>
      </w:pPr>
      <w:r>
        <w:t>Q5. How do we prevent the same issues from appearing at every meeting?</w:t>
      </w:r>
    </w:p>
    <w:p w14:paraId="77777FD8" w14:textId="77777777" w:rsidR="00DB7443" w:rsidRDefault="00451972">
      <w:r>
        <w:t>Use an action register with an owner, status, deadline and clear next step. Distinguish issues awaiting a management decision, actions being implemented and controls awaiting verification. Review overdue and significant hazards early in the meeting. Repetition is sometimes unavoidable, but unexplained inactivity shouldn’t become routine.</w:t>
      </w:r>
    </w:p>
    <w:p w14:paraId="3E706CC4" w14:textId="77777777" w:rsidR="00DB7443" w:rsidRDefault="00451972">
      <w:pPr>
        <w:pStyle w:val="Heading2"/>
      </w:pPr>
      <w:r>
        <w:t>Q6. Should the safety manager lead the JHSC?</w:t>
      </w:r>
    </w:p>
    <w:p w14:paraId="7A09793C" w14:textId="77777777" w:rsidR="00DB7443" w:rsidRDefault="00451972">
      <w:r>
        <w:t>The safety manager can be an important source of expertise, but committee structure and roles must comply with applicable legislation. A committee shouldn’t become solely the safety manager’s responsibility. Worker and employer representatives need meaningful opportunities to participate, and management must retain accountability for its own obligations.</w:t>
      </w:r>
    </w:p>
    <w:p w14:paraId="587CF16D" w14:textId="77777777" w:rsidR="00DB7443" w:rsidRDefault="00451972">
      <w:pPr>
        <w:pStyle w:val="Heading2"/>
      </w:pPr>
      <w:r>
        <w:t>Q7. What if committee members lack the technical knowledge to evaluate a particular hazard?</w:t>
      </w:r>
    </w:p>
    <w:p w14:paraId="4C46BB8A" w14:textId="77777777" w:rsidR="00DB7443" w:rsidRDefault="00451972">
      <w:r>
        <w:t>Recognize the limitation and seek appropriate expertise. Committee members aren’t expected to be specialists in every hazard. They should understand enough to identify concerns, ask informed questions, review relevant information and recommend further assessment where necessary. Training needs should be reviewed regularly.</w:t>
      </w:r>
    </w:p>
    <w:p w14:paraId="509567E9" w14:textId="77777777" w:rsidR="00DB7443" w:rsidRDefault="00451972">
      <w:pPr>
        <w:pStyle w:val="Heading2"/>
      </w:pPr>
      <w:r>
        <w:t>Q8. Are more hazard reports a sign that our safety performance is getting worse?</w:t>
      </w:r>
    </w:p>
    <w:p w14:paraId="0EC03A20" w14:textId="77777777" w:rsidR="00DB7443" w:rsidRDefault="00451972">
      <w:r>
        <w:t>Not necessarily. An increase in reporting can indicate better worker engagement or greater confidence in the reporting system. The important questions are what the reports reveal, whether significant hazards are being addressed and whether underlying exposures are changing. Report counts need context.</w:t>
      </w:r>
    </w:p>
    <w:p w14:paraId="7F82A75A" w14:textId="77777777" w:rsidR="00DB7443" w:rsidRDefault="00451972">
      <w:pPr>
        <w:pStyle w:val="Heading2"/>
      </w:pPr>
      <w:r>
        <w:t>Q9. How do we convince senior management that the committee deserves more attention?</w:t>
      </w:r>
    </w:p>
    <w:p w14:paraId="525B1DB5" w14:textId="77777777" w:rsidR="00DB7443" w:rsidRDefault="00451972">
      <w:r>
        <w:t>Present specific evidence of significant risks, recurring problems, outstanding decisions and potential consequences of inaction. Show how committee work supports legal compliance, early hazard identification and more effective controls. A concise dashboard with meaningful priorities is usually more useful than asking leadership to read lengthy meeting minutes.</w:t>
      </w:r>
    </w:p>
    <w:p w14:paraId="0C8F85E5" w14:textId="77777777" w:rsidR="00DB7443" w:rsidRDefault="00451972">
      <w:pPr>
        <w:pStyle w:val="Heading2"/>
      </w:pPr>
      <w:r>
        <w:t>Q10. What’s the single most important thing an ineffective committee should change first?</w:t>
      </w:r>
    </w:p>
    <w:p w14:paraId="79104D32" w14:textId="77777777" w:rsidR="00DB7443" w:rsidRDefault="00451972">
      <w:r>
        <w:t>I’d start by examining how significant concerns move from identification to management response and corrective action. If that process is unreliable, improving it can create meaningful benefits. But I would also review whether members have necessary training, information and support. The best starting point depends on why the committee is underperforming.</w:t>
      </w:r>
    </w:p>
    <w:p w14:paraId="016E8169" w14:textId="77777777" w:rsidR="00DB7443" w:rsidRDefault="00451972">
      <w:pPr>
        <w:pStyle w:val="Heading1"/>
      </w:pPr>
      <w:r>
        <w:lastRenderedPageBreak/>
        <w:t>Presenter reference notes</w:t>
      </w:r>
    </w:p>
    <w:p w14:paraId="07675192" w14:textId="77777777" w:rsidR="00DB7443" w:rsidRDefault="00451972">
      <w:r>
        <w:t>Effectiveness of Joint Health and Safety Committees: A Realist Review (2013). https://pubmed.ncbi.nlm.nih.gov/23192461/  |  Slides 4 and 11</w:t>
      </w:r>
    </w:p>
    <w:p w14:paraId="21B0F8E7" w14:textId="77777777" w:rsidR="00DB7443" w:rsidRDefault="00451972">
      <w:r>
        <w:t>Ontario Guide for Health and Safety Committees. https://www.ontario.ca/page/guide-health-and-safety-committees-and-representatives  |  Slides 13 and 24</w:t>
      </w:r>
    </w:p>
    <w:p w14:paraId="1D497100" w14:textId="77777777" w:rsidR="00DB7443" w:rsidRDefault="00451972">
      <w:r>
        <w:t>WorkSafeBC Joint Health and Safety Committees. https://www.worksafebc.com/en/health-safety/create-manage/joint-health-safety-committees  |  Slides 23 and 31</w:t>
      </w:r>
    </w:p>
    <w:p w14:paraId="2580DC3D" w14:textId="77777777" w:rsidR="00DB7443" w:rsidRDefault="00451972">
      <w:r>
        <w:t>WorkSafeBC JHSC Evaluation Tool. https://www.worksafebc.com/en/resources/health-safety/checklist/jhsc-evaluation-tool?lang=en  |  Slides 23 and 31</w:t>
      </w:r>
    </w:p>
    <w:sectPr w:rsidR="00DB7443" w:rsidSect="00034616">
      <w:headerReference w:type="default" r:id="rId11"/>
      <w:footerReference w:type="default" r:id="rId12"/>
      <w:pgSz w:w="12240" w:h="15840"/>
      <w:pgMar w:top="1181" w:right="1267" w:bottom="1037" w:left="12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414B60" w14:textId="77777777" w:rsidR="00451972" w:rsidRDefault="00451972">
      <w:pPr>
        <w:spacing w:after="0" w:line="240" w:lineRule="auto"/>
      </w:pPr>
      <w:r>
        <w:separator/>
      </w:r>
    </w:p>
  </w:endnote>
  <w:endnote w:type="continuationSeparator" w:id="0">
    <w:p w14:paraId="1636060B" w14:textId="77777777" w:rsidR="00451972" w:rsidRDefault="004519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E5E16" w14:textId="5E1AA4E5" w:rsidR="00DB7443" w:rsidRDefault="00451972">
    <w:pPr>
      <w:pStyle w:val="Footer"/>
      <w:jc w:val="right"/>
    </w:pPr>
    <w:r>
      <w:t xml:space="preserve">Making Your JHSC More Than a Meeting Requirement   |   </w:t>
    </w:r>
    <w:r>
      <w:fldChar w:fldCharType="begin"/>
    </w:r>
    <w:r>
      <w:instrText>PAGE</w:instrText>
    </w:r>
    <w:r>
      <w:fldChar w:fldCharType="separate"/>
    </w:r>
    <w:r w:rsidR="001B1853">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3AAFB4" w14:textId="77777777" w:rsidR="00451972" w:rsidRDefault="00451972">
      <w:pPr>
        <w:spacing w:after="0" w:line="240" w:lineRule="auto"/>
      </w:pPr>
      <w:r>
        <w:separator/>
      </w:r>
    </w:p>
  </w:footnote>
  <w:footnote w:type="continuationSeparator" w:id="0">
    <w:p w14:paraId="41AE157D" w14:textId="77777777" w:rsidR="00451972" w:rsidRDefault="004519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EC999" w14:textId="78181C29" w:rsidR="00DB7443" w:rsidRDefault="00451972">
    <w:pPr>
      <w:pStyle w:val="Caption"/>
    </w:pPr>
    <w:r>
      <w:rPr>
        <w:color w:val="23607C"/>
      </w:rPr>
      <w:t xml:space="preserve">OHS INSIDER  |  WEBINAR </w:t>
    </w:r>
    <w:r w:rsidR="001B1853">
      <w:rPr>
        <w:color w:val="23607C"/>
      </w:rPr>
      <w:t>TRANSCRIPT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20613582">
    <w:abstractNumId w:val="8"/>
  </w:num>
  <w:num w:numId="2" w16cid:durableId="106123530">
    <w:abstractNumId w:val="6"/>
  </w:num>
  <w:num w:numId="3" w16cid:durableId="645164590">
    <w:abstractNumId w:val="5"/>
  </w:num>
  <w:num w:numId="4" w16cid:durableId="1113090083">
    <w:abstractNumId w:val="4"/>
  </w:num>
  <w:num w:numId="5" w16cid:durableId="1134063256">
    <w:abstractNumId w:val="7"/>
  </w:num>
  <w:num w:numId="6" w16cid:durableId="401683334">
    <w:abstractNumId w:val="3"/>
  </w:num>
  <w:num w:numId="7" w16cid:durableId="1861121942">
    <w:abstractNumId w:val="2"/>
  </w:num>
  <w:num w:numId="8" w16cid:durableId="1878810370">
    <w:abstractNumId w:val="1"/>
  </w:num>
  <w:num w:numId="9" w16cid:durableId="4590343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B1853"/>
    <w:rsid w:val="0029639D"/>
    <w:rsid w:val="00326F90"/>
    <w:rsid w:val="00451972"/>
    <w:rsid w:val="00505D13"/>
    <w:rsid w:val="00AA1D8D"/>
    <w:rsid w:val="00B47730"/>
    <w:rsid w:val="00CB0664"/>
    <w:rsid w:val="00DB744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5CCD7AB5-B0D7-4C75-9853-D6E7ED3E6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71" w:lineRule="auto"/>
    </w:pPr>
    <w:rPr>
      <w:rFonts w:ascii="Aptos" w:hAnsi="Aptos"/>
      <w:color w:val="2A343F"/>
      <w:sz w:val="21"/>
    </w:rPr>
  </w:style>
  <w:style w:type="paragraph" w:styleId="Heading1">
    <w:name w:val="heading 1"/>
    <w:basedOn w:val="Normal"/>
    <w:next w:val="Normal"/>
    <w:link w:val="Heading1Char"/>
    <w:uiPriority w:val="9"/>
    <w:qFormat/>
    <w:rsid w:val="00FC693F"/>
    <w:pPr>
      <w:keepNext/>
      <w:keepLines/>
      <w:spacing w:before="240"/>
      <w:outlineLvl w:val="0"/>
    </w:pPr>
    <w:rPr>
      <w:rFonts w:asciiTheme="majorHAnsi" w:eastAsiaTheme="majorEastAsia" w:hAnsiTheme="majorHAnsi" w:cstheme="majorBidi"/>
      <w:b/>
      <w:bCs/>
      <w:color w:val="12415B"/>
      <w:sz w:val="34"/>
      <w:szCs w:val="28"/>
    </w:rPr>
  </w:style>
  <w:style w:type="paragraph" w:styleId="Heading2">
    <w:name w:val="heading 2"/>
    <w:basedOn w:val="Normal"/>
    <w:next w:val="Normal"/>
    <w:link w:val="Heading2Char"/>
    <w:uiPriority w:val="9"/>
    <w:unhideWhenUsed/>
    <w:qFormat/>
    <w:rsid w:val="00FC693F"/>
    <w:pPr>
      <w:keepNext/>
      <w:keepLines/>
      <w:spacing w:before="140"/>
      <w:outlineLvl w:val="1"/>
    </w:pPr>
    <w:rPr>
      <w:rFonts w:asciiTheme="majorHAnsi" w:eastAsiaTheme="majorEastAsia" w:hAnsiTheme="majorHAnsi" w:cstheme="majorBidi"/>
      <w:b/>
      <w:bCs/>
      <w:color w:val="1E576B"/>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before="280" w:line="240" w:lineRule="auto"/>
      <w:contextualSpacing/>
    </w:pPr>
    <w:rPr>
      <w:rFonts w:asciiTheme="majorHAnsi" w:eastAsiaTheme="majorEastAsia" w:hAnsiTheme="majorHAnsi" w:cstheme="majorBidi"/>
      <w:b/>
      <w:color w:val="14334D"/>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c68520a-3195-40a4-af9e-4a6f3d475ad6" xsi:nil="true"/>
    <lcf76f155ced4ddcb4097134ff3c332f xmlns="14a581da-4f73-440e-bb62-bc9d002397b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E99FED235520F8499CD7F01692F2DAD0" ma:contentTypeVersion="14" ma:contentTypeDescription="Create a new document." ma:contentTypeScope="" ma:versionID="adb73ef7bb5cb77ec68b26c5c6145d93">
  <xsd:schema xmlns:xsd="http://www.w3.org/2001/XMLSchema" xmlns:xs="http://www.w3.org/2001/XMLSchema" xmlns:p="http://schemas.microsoft.com/office/2006/metadata/properties" xmlns:ns2="14a581da-4f73-440e-bb62-bc9d002397b9" xmlns:ns3="cc68520a-3195-40a4-af9e-4a6f3d475ad6" targetNamespace="http://schemas.microsoft.com/office/2006/metadata/properties" ma:root="true" ma:fieldsID="2b9447418155b68018e8f6eaa44c6c73" ns2:_="" ns3:_="">
    <xsd:import namespace="14a581da-4f73-440e-bb62-bc9d002397b9"/>
    <xsd:import namespace="cc68520a-3195-40a4-af9e-4a6f3d475ad6"/>
    <xsd:element name="properties">
      <xsd:complexType>
        <xsd:sequence>
          <xsd:element name="documentManagement">
            <xsd:complexType>
              <xsd:all>
                <xsd:element ref="ns2:MediaServiceMetadata" minOccurs="0"/>
                <xsd:element ref="ns2:MediaServiceFastMetadata"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a581da-4f73-440e-bb62-bc9d002397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1296a4bf-db58-421b-ac11-726e2c438c57"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c68520a-3195-40a4-af9e-4a6f3d475ad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50fab074-c391-4a3b-acef-63f5abeddc7d}" ma:internalName="TaxCatchAll" ma:showField="CatchAllData" ma:web="cc68520a-3195-40a4-af9e-4a6f3d475a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2AC22B-7F01-4AC7-A30B-058C4407E583}">
  <ds:schemaRefs>
    <ds:schemaRef ds:uri="http://schemas.microsoft.com/office/2006/metadata/properties"/>
    <ds:schemaRef ds:uri="http://schemas.microsoft.com/office/infopath/2007/PartnerControls"/>
    <ds:schemaRef ds:uri="cc68520a-3195-40a4-af9e-4a6f3d475ad6"/>
    <ds:schemaRef ds:uri="14a581da-4f73-440e-bb62-bc9d002397b9"/>
  </ds:schemaRefs>
</ds:datastoreItem>
</file>

<file path=customXml/itemProps2.xml><?xml version="1.0" encoding="utf-8"?>
<ds:datastoreItem xmlns:ds="http://schemas.openxmlformats.org/officeDocument/2006/customXml" ds:itemID="{7D2BE756-7822-4714-B231-D538D98E8876}">
  <ds:schemaRefs>
    <ds:schemaRef ds:uri="http://schemas.microsoft.com/sharepoint/v3/contenttype/forms"/>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DEF7F694-FEB9-4DBF-B482-5A8ED095A6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a581da-4f73-440e-bb62-bc9d002397b9"/>
    <ds:schemaRef ds:uri="cc68520a-3195-40a4-af9e-4a6f3d475a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18</Pages>
  <Words>6733</Words>
  <Characters>38379</Characters>
  <Application>Microsoft Office Word</Application>
  <DocSecurity>0</DocSecurity>
  <Lines>319</Lines>
  <Paragraphs>90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45022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Making Your JHSC More Than a Meeting Requirement - Webinar Presenter Script</dc:title>
  <dc:subject>OHS Insider 60-minute webinar script</dc:subject>
  <dc:creator>OHS Insider</dc:creator>
  <cp:keywords/>
  <dc:description>generated by python-docx</dc:description>
  <cp:lastModifiedBy>Rick Tobin</cp:lastModifiedBy>
  <cp:revision>2</cp:revision>
  <dcterms:created xsi:type="dcterms:W3CDTF">2013-12-23T23:15:00Z</dcterms:created>
  <dcterms:modified xsi:type="dcterms:W3CDTF">2026-10-30T17:03:00Z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0x010100E99FED235520F8499CD7F01692F2DAD0</vt:lpwstr>
  </property>
</Properties>
</file>